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Monday, Nov 16 · Hosting</w:t>
      </w:r>
    </w:p>
    <w:p>
      <w:pPr>
        <w:spacing w:before="0" w:after="80" w:line="264" w:lineRule="auto"/>
      </w:pPr>
      <w:r>
        <w:rPr>
          <w:rFonts w:ascii="Lato" w:hAnsi="Lato"/>
          <w:b w:val="0"/>
          <w:i/>
          <w:color w:val="404040"/>
          <w:sz w:val="19"/>
        </w:rPr>
        <w:t>A repository keeps the files. A host serves them to browsers.</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explain that a host is a server that stores a site's files and sends them to browsers, and that deploying copies the files to the host.</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Diagnostic link</w:t>
            </w:r>
          </w:p>
        </w:tc>
        <w:tc>
          <w:tcPr>
            <w:tcW w:type="dxa" w:w="9000"/>
          </w:tcPr>
          <w:p>
            <w:pPr>
              <w:spacing w:before="0" w:after="40" w:line="264" w:lineRule="auto"/>
            </w:pPr>
            <w:r>
              <w:rPr>
                <w:rFonts w:ascii="Lato" w:hAnsi="Lato"/>
                <w:b w:val="0"/>
                <w:i w:val="0"/>
                <w:sz w:val="19"/>
              </w:rPr>
              <w:t>MC 23. The passage uses the words "deploy," "host" and "internet," and states that a site's files must be deployed to a host that is on the internet before people on other computers can open the site in a browser. Tuesday's passage restates it.</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today's floor is the discussion form and the exit ticket. Reading 2 and the classwork form stay open as optional make-up.</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no new bench today; a code for any of this week's benches counts.</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“Hosts, Deploys and Static Sites” with class questions, Figure 1, and the discussion form in the right panel.</w:t>
            </w:r>
          </w:p>
          <w:p>
            <w:pPr>
              <w:spacing w:before="0" w:after="20" w:line="264" w:lineRule="auto"/>
              <w:ind w:left="317" w:hanging="230"/>
            </w:pPr>
            <w:r>
              <w:rPr>
                <w:rFonts w:ascii="Lato" w:hAnsi="Lato"/>
                <w:b w:val="0"/>
                <w:i w:val="0"/>
                <w:sz w:val="19"/>
              </w:rPr>
              <w:t>• We Do deck: Reading 2 “A Second Look at Values” with the classwork form.</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0–8</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host · deploy · static site</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You open Bench Basics at school in the morning and at home at night, and it is there both times. Today you learn where a site's files live and how they get there.</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Bench Basics opens at 9 in the morning and at 9 at night. Where are its files kept while nobody is looking at them? Name the place in a few words, and name one thing that place has to do all day.</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8–24</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“Hosts, Deploys and Static Sites”, about 790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What a Host Does</w:t>
            </w:r>
          </w:p>
          <w:p>
            <w:pPr>
              <w:spacing w:before="0" w:after="20" w:line="264" w:lineRule="auto"/>
              <w:ind w:left="317" w:hanging="230"/>
            </w:pPr>
            <w:r>
              <w:rPr>
                <w:rFonts w:ascii="Lato" w:hAnsi="Lato"/>
                <w:b w:val="0"/>
                <w:i w:val="0"/>
                <w:sz w:val="19"/>
              </w:rPr>
              <w:t>• How a Deploy Works</w:t>
            </w:r>
          </w:p>
          <w:p>
            <w:pPr>
              <w:spacing w:before="0" w:after="20" w:line="264" w:lineRule="auto"/>
              <w:ind w:left="317" w:hanging="230"/>
            </w:pPr>
            <w:r>
              <w:rPr>
                <w:rFonts w:ascii="Lato" w:hAnsi="Lato"/>
                <w:b w:val="0"/>
                <w:i w:val="0"/>
                <w:sz w:val="19"/>
              </w:rPr>
              <w:t>• Static Sites and Code That Runs</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host</w:t>
            </w:r>
            <w:r>
              <w:rPr>
                <w:rFonts w:ascii="Lato" w:hAnsi="Lato"/>
                <w:b w:val="0"/>
                <w:i w:val="0"/>
                <w:sz w:val="19"/>
              </w:rPr>
              <w:t xml:space="preserve"> · Name two things that make a computer a host.</w:t>
            </w:r>
          </w:p>
          <w:p>
            <w:pPr>
              <w:spacing w:before="0" w:after="20" w:line="264" w:lineRule="auto"/>
              <w:ind w:left="317" w:hanging="230"/>
            </w:pPr>
            <w:r>
              <w:rPr>
                <w:rFonts w:ascii="Lato" w:hAnsi="Lato"/>
                <w:b w:val="0"/>
                <w:i w:val="0"/>
                <w:sz w:val="19"/>
              </w:rPr>
              <w:t xml:space="preserve">2. </w:t>
            </w:r>
            <w:r>
              <w:rPr>
                <w:rFonts w:ascii="Lato" w:hAnsi="Lato"/>
                <w:b w:val="0"/>
                <w:i/>
                <w:sz w:val="19"/>
              </w:rPr>
              <w:t>notebook cue: deploy</w:t>
            </w:r>
            <w:r>
              <w:rPr>
                <w:rFonts w:ascii="Lato" w:hAnsi="Lato"/>
                <w:b w:val="0"/>
                <w:i w:val="0"/>
                <w:sz w:val="19"/>
              </w:rPr>
              <w:t xml:space="preserve"> · After a deploy, where are the class site's files? Name both places.</w:t>
            </w:r>
          </w:p>
          <w:p>
            <w:pPr>
              <w:spacing w:before="0" w:after="20" w:line="264" w:lineRule="auto"/>
              <w:ind w:left="317" w:hanging="230"/>
            </w:pPr>
            <w:r>
              <w:rPr>
                <w:rFonts w:ascii="Lato" w:hAnsi="Lato"/>
                <w:b w:val="0"/>
                <w:i w:val="0"/>
                <w:sz w:val="19"/>
              </w:rPr>
              <w:t xml:space="preserve">3. </w:t>
            </w:r>
            <w:r>
              <w:rPr>
                <w:rFonts w:ascii="Lato" w:hAnsi="Lato"/>
                <w:b w:val="0"/>
                <w:i/>
                <w:sz w:val="19"/>
              </w:rPr>
              <w:t>notebook cue: static site</w:t>
            </w:r>
            <w:r>
              <w:rPr>
                <w:rFonts w:ascii="Lato" w:hAnsi="Lato"/>
                <w:b w:val="0"/>
                <w:i w:val="0"/>
                <w:sz w:val="19"/>
              </w:rPr>
              <w:t xml:space="preserve"> · A browser asks the host for a picture on the class site. Does the host change the picture first, or send it as stored?</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A deploy copies the files from the repository to a host that is always on and on the internet, the host sends each stored file to a browser that asks for it, and the class endpoint below the host runs code for each request.</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24–32</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agrees on where the files are kept and on one job that place does all day.</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On the Chromebook. The browser keeps a copy after the first visit.</w:t>
            </w:r>
          </w:p>
          <w:p>
            <w:pPr>
              <w:spacing w:before="0" w:after="20" w:line="264" w:lineRule="auto"/>
              <w:ind w:left="317" w:hanging="230"/>
            </w:pPr>
            <w:r>
              <w:rPr>
                <w:rFonts w:ascii="Lato" w:hAnsi="Lato"/>
                <w:b w:val="0"/>
                <w:i w:val="0"/>
                <w:sz w:val="19"/>
              </w:rPr>
              <w:t>2. On a host, a server that stays on and sends the files to any browser that asks.</w:t>
            </w:r>
          </w:p>
          <w:p>
            <w:pPr>
              <w:spacing w:before="0" w:after="20" w:line="264" w:lineRule="auto"/>
              <w:ind w:left="317" w:hanging="230"/>
            </w:pPr>
            <w:r>
              <w:rPr>
                <w:rFonts w:ascii="Lato" w:hAnsi="Lato"/>
                <w:b w:val="0"/>
                <w:i w:val="0"/>
                <w:sz w:val="19"/>
              </w:rPr>
              <w:t>3. Nowhere. The site is made fresh by the internet each time.</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Any computer can be a host.</w:t>
            </w:r>
          </w:p>
          <w:p>
            <w:pPr>
              <w:spacing w:before="0" w:after="20" w:line="264" w:lineRule="auto"/>
              <w:ind w:left="317" w:hanging="230"/>
            </w:pPr>
            <w:r>
              <w:rPr>
                <w:rFonts w:ascii="Lato" w:hAnsi="Lato"/>
                <w:b w:val="0"/>
                <w:i w:val="0"/>
                <w:sz w:val="19"/>
              </w:rPr>
              <w:t>2. Deploying moves the files out of the repository, so the repository is empty afterward.</w:t>
            </w:r>
          </w:p>
          <w:p>
            <w:pPr>
              <w:spacing w:before="0" w:after="20" w:line="264" w:lineRule="auto"/>
              <w:ind w:left="317" w:hanging="230"/>
            </w:pPr>
            <w:r>
              <w:rPr>
                <w:rFonts w:ascii="Lato" w:hAnsi="Lato"/>
                <w:b w:val="0"/>
                <w:i w:val="0"/>
                <w:sz w:val="19"/>
              </w:rPr>
              <w:t>3. A static site's files are sent to the browser as they are stored.</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32–48</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“A Second Look at Values”, a reading of about 320 words. Work the first part aloud, then students work it on their own.</w:t>
            </w:r>
          </w:p>
          <w:p>
            <w:pPr>
              <w:spacing w:before="0" w:after="20" w:line="264" w:lineRule="auto"/>
              <w:ind w:left="317" w:hanging="230"/>
            </w:pPr>
            <w:r>
              <w:rPr>
                <w:rFonts w:ascii="Lato" w:hAnsi="Lato"/>
                <w:b w:val="0"/>
                <w:i w:val="0"/>
                <w:sz w:val="19"/>
              </w:rPr>
              <w:t>• One Program, Row by Row</w:t>
            </w:r>
          </w:p>
          <w:p>
            <w:pPr>
              <w:spacing w:before="0" w:after="20" w:line="264" w:lineRule="auto"/>
              <w:ind w:left="317" w:hanging="230"/>
            </w:pPr>
            <w:r>
              <w:rPr>
                <w:rFonts w:ascii="Lato" w:hAnsi="Lato"/>
                <w:b w:val="0"/>
                <w:i w:val="0"/>
                <w:sz w:val="19"/>
              </w:rPr>
              <w:t>• Why Lines 9 and 10 Are Different</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Which one keeps the site's files together with their history?</w:t>
            </w:r>
          </w:p>
          <w:p>
            <w:pPr>
              <w:spacing w:before="0" w:after="20" w:line="264" w:lineRule="auto"/>
              <w:ind w:left="317" w:hanging="230"/>
            </w:pPr>
            <w:r>
              <w:rPr>
                <w:rFonts w:ascii="Lato" w:hAnsi="Lato"/>
                <w:b w:val="0"/>
                <w:i w:val="0"/>
                <w:sz w:val="19"/>
              </w:rPr>
              <w:t>• MC 2 · Which part sends the class site's files to a browser that asks for them?</w:t>
            </w:r>
          </w:p>
          <w:p>
            <w:pPr>
              <w:spacing w:before="0" w:after="20" w:line="264" w:lineRule="auto"/>
              <w:ind w:left="317" w:hanging="230"/>
            </w:pPr>
            <w:r>
              <w:rPr>
                <w:rFonts w:ascii="Lato" w:hAnsi="Lato"/>
                <w:b w:val="0"/>
                <w:i w:val="0"/>
                <w:sz w:val="19"/>
              </w:rPr>
              <w:t>• MC 3 · What does a deploy copy, and where do the copies go?</w:t>
            </w:r>
          </w:p>
          <w:p>
            <w:pPr>
              <w:spacing w:before="0" w:after="20" w:line="264" w:lineRule="auto"/>
              <w:ind w:left="317" w:hanging="230"/>
            </w:pPr>
            <w:r>
              <w:rPr>
                <w:rFonts w:ascii="Lato" w:hAnsi="Lato"/>
                <w:b w:val="0"/>
                <w:i w:val="0"/>
                <w:sz w:val="19"/>
              </w:rPr>
              <w:t>• MC 4 · Is it a static site?</w:t>
            </w:r>
          </w:p>
          <w:p>
            <w:pPr>
              <w:spacing w:before="0" w:after="20" w:line="264" w:lineRule="auto"/>
              <w:ind w:left="317" w:hanging="230"/>
            </w:pPr>
            <w:r>
              <w:rPr>
                <w:rFonts w:ascii="Lato" w:hAnsi="Lato"/>
                <w:b w:val="0"/>
                <w:i w:val="0"/>
                <w:sz w:val="19"/>
              </w:rPr>
              <w:t>• MC 5 · What does this code print?</w:t>
            </w:r>
          </w:p>
          <w:p>
            <w:pPr>
              <w:spacing w:before="0" w:after="20" w:line="264" w:lineRule="auto"/>
              <w:ind w:left="317" w:hanging="230"/>
            </w:pPr>
            <w:r>
              <w:rPr>
                <w:rFonts w:ascii="Lato" w:hAnsi="Lato"/>
                <w:b w:val="0"/>
                <w:i w:val="0"/>
                <w:sz w:val="19"/>
              </w:rPr>
              <w:t>• MC 6 · What does this code print?</w:t>
            </w:r>
          </w:p>
          <w:p>
            <w:pPr>
              <w:spacing w:before="0" w:after="20" w:line="264" w:lineRule="auto"/>
              <w:ind w:left="317" w:hanging="230"/>
            </w:pPr>
            <w:r>
              <w:rPr>
                <w:rFonts w:ascii="Lato" w:hAnsi="Lato"/>
                <w:b w:val="0"/>
                <w:i w:val="0"/>
                <w:sz w:val="19"/>
              </w:rPr>
              <w:t>• MC 7 · What value is stored in seats after these three lines run?</w:t>
            </w:r>
          </w:p>
          <w:p>
            <w:pPr>
              <w:spacing w:before="0" w:after="20" w:line="264" w:lineRule="auto"/>
              <w:ind w:left="317" w:hanging="230"/>
            </w:pPr>
            <w:r>
              <w:rPr>
                <w:rFonts w:ascii="Lato" w:hAnsi="Lato"/>
                <w:b w:val="0"/>
                <w:i w:val="0"/>
                <w:sz w:val="19"/>
              </w:rPr>
              <w:t>• MC 8 · What does this code print?</w:t>
            </w:r>
          </w:p>
          <w:p>
            <w:pPr>
              <w:spacing w:before="0" w:after="20" w:line="264" w:lineRule="auto"/>
              <w:ind w:left="317" w:hanging="230"/>
            </w:pPr>
            <w:r>
              <w:rPr>
                <w:rFonts w:ascii="Lato" w:hAnsi="Lato"/>
                <w:b w:val="0"/>
                <w:i w:val="0"/>
                <w:sz w:val="19"/>
              </w:rPr>
              <w:t>• MC 9 · Which row is wrong?</w:t>
            </w:r>
          </w:p>
          <w:p>
            <w:pPr>
              <w:spacing w:before="0" w:after="20" w:line="264" w:lineRule="auto"/>
              <w:ind w:left="317" w:hanging="230"/>
            </w:pPr>
            <w:r>
              <w:rPr>
                <w:rFonts w:ascii="Lato" w:hAnsi="Lato"/>
                <w:b w:val="0"/>
                <w:i w:val="0"/>
                <w:sz w:val="19"/>
              </w:rPr>
              <w:t>• MC 10 · What does this code print?</w:t>
            </w:r>
          </w:p>
          <w:p>
            <w:pPr>
              <w:spacing w:before="0" w:after="20" w:line="264" w:lineRule="auto"/>
              <w:ind w:left="317" w:hanging="230"/>
            </w:pPr>
            <w:r>
              <w:rPr>
                <w:rFonts w:ascii="Lato" w:hAnsi="Lato"/>
                <w:b w:val="0"/>
                <w:i w:val="0"/>
                <w:sz w:val="19"/>
              </w:rPr>
              <w:t>• CR 1 · Trace the snippet below in a table with a Line column, one column for each box and an Output column.</w:t>
            </w:r>
          </w:p>
          <w:p>
            <w:pPr>
              <w:spacing w:before="0" w:after="20" w:line="264" w:lineRule="auto"/>
              <w:ind w:left="317" w:hanging="230"/>
            </w:pPr>
            <w:r>
              <w:rPr>
                <w:rFonts w:ascii="Lato" w:hAnsi="Lato"/>
                <w:b w:val="0"/>
                <w:i w:val="0"/>
                <w:sz w:val="19"/>
              </w:rPr>
              <w:t>• CR 2 · In two sentences, explain why a commit that was never deployed does not change the live site.</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Give what this snippet prints, and name the line where the value in minutes is replaced.</w:t>
            </w:r>
          </w:p>
          <w:p>
            <w:pPr>
              <w:spacing w:before="0" w:after="20" w:line="264" w:lineRule="auto"/>
              <w:ind w:left="317" w:hanging="230"/>
            </w:pPr>
            <w:r>
              <w:rPr>
                <w:rFonts w:ascii="Lato" w:hAnsi="Lato"/>
                <w:b w:val="0"/>
                <w:i w:val="0"/>
                <w:sz w:val="19"/>
              </w:rPr>
              <w:t>• CR 4 · Give one reason the class endpoint is a separate job from serving the class site's files.</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48–60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What is the difference between a repository and a host?</w:t>
            </w:r>
          </w:p>
          <w:p>
            <w:pPr>
              <w:spacing w:before="0" w:after="20" w:line="264" w:lineRule="auto"/>
              <w:ind w:left="317" w:hanging="230"/>
            </w:pPr>
            <w:r>
              <w:rPr>
                <w:rFonts w:ascii="Lato" w:hAnsi="Lato"/>
                <w:b w:val="0"/>
                <w:i w:val="0"/>
                <w:sz w:val="19"/>
              </w:rPr>
              <w:t>3. Figure 1 shows an arrow labeled "deploy." What moves along that arrow, and where does it end up?</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radio station plays songs all day for anyone who tunes in. A new song gets on the air only after a copy is sent to the station. Which part of the story is like the host, and which step is like deploying?</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School schedule</w:t>
            </w:r>
          </w:p>
        </w:tc>
        <w:tc>
          <w:tcPr>
            <w:tcW w:type="dxa" w:w="9000"/>
          </w:tcPr>
          <w:p>
            <w:pPr>
              <w:spacing w:before="0" w:after="40" w:line="264" w:lineRule="auto"/>
            </w:pPr>
            <w:r>
              <w:rPr>
                <w:rFonts w:ascii="Lato" w:hAnsi="Lato"/>
                <w:b w:val="0"/>
                <w:i w:val="0"/>
                <w:sz w:val="19"/>
              </w:rPr>
              <w:t>Playoff pep rally schedule.</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Short schedule. Periods are planned as 60 minutes. Confirm the pep rally bell times before Nov 16.</w:t>
            </w:r>
          </w:p>
          <w:p>
            <w:pPr>
              <w:spacing w:before="0" w:after="20" w:line="264" w:lineRule="auto"/>
              <w:ind w:left="317" w:hanging="230"/>
            </w:pPr>
            <w:r>
              <w:rPr>
                <w:rFonts w:ascii="Lato" w:hAnsi="Lato"/>
                <w:b w:val="0"/>
                <w:i w:val="0"/>
                <w:sz w:val="19"/>
              </w:rPr>
              <w:t>• Exit item 3 tests Figure 1, because Reading 2 is not in today's floor (N5 checks the floor: line).</w:t>
            </w:r>
          </w:p>
          <w:p>
            <w:pPr>
              <w:spacing w:before="0" w:after="20" w:line="264" w:lineRule="auto"/>
              <w:ind w:left="317" w:hanging="230"/>
            </w:pPr>
            <w:r>
              <w:rPr>
                <w:rFonts w:ascii="Lato" w:hAnsi="Lato"/>
                <w:b w:val="0"/>
                <w:i w:val="0"/>
                <w:sz w:val="19"/>
              </w:rPr>
              <w:t>• Week 16's classwork grade averages the other four days.</w:t>
            </w:r>
          </w:p>
          <w:p>
            <w:pPr>
              <w:spacing w:before="0" w:after="20" w:line="264" w:lineRule="auto"/>
              <w:ind w:left="317" w:hanging="230"/>
            </w:pPr>
            <w:r>
              <w:rPr>
                <w:rFonts w:ascii="Lato" w:hAnsi="Lato"/>
                <w:b w:val="0"/>
                <w:i w:val="0"/>
                <w:sz w:val="19"/>
              </w:rPr>
              <w:t>• No new bench today. Students past the classwork floor can finish this week's benches, picking up from a credit code.</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Tuesday, Nov 17 · Addresses on the Web</w:t>
      </w:r>
    </w:p>
    <w:p>
      <w:pPr>
        <w:spacing w:before="0" w:after="80" w:line="264" w:lineRule="auto"/>
      </w:pPr>
      <w:r>
        <w:rPr>
          <w:rFonts w:ascii="Lato" w:hAnsi="Lato"/>
          <w:b w:val="0"/>
          <w:i/>
          <w:color w:val="404040"/>
          <w:sz w:val="19"/>
        </w:rPr>
        <w:t>The parts of a web address, and how a browser uses one to find a host.</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label the parts of a URL and explain DNS as the lookup from a domain name to an IP address.</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Diagnostic link</w:t>
            </w:r>
          </w:p>
        </w:tc>
        <w:tc>
          <w:tcPr>
            <w:tcW w:type="dxa" w:w="9000"/>
          </w:tcPr>
          <w:p>
            <w:pPr>
              <w:spacing w:before="0" w:after="40" w:line="264" w:lineRule="auto"/>
            </w:pPr>
            <w:r>
              <w:rPr>
                <w:rFonts w:ascii="Lato" w:hAnsi="Lato"/>
                <w:b w:val="0"/>
                <w:i w:val="0"/>
                <w:sz w:val="19"/>
              </w:rPr>
              <w:t>MC 24, and MC 23 restated. The passage uses the words "domain name," "DNS" and "IP address," and states that DNS finds the IP address for a domain name. Its first paragraph uses the words "deploy," "host" and "internet," and restates that a site's files must be deployed to a host on the internet before other people can open the site.</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the order the lines run.</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B19 Into a Method and Back,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“Web Addresses and DNS” with class questions, Figure 1, and the discussion form in the right panel.</w:t>
            </w:r>
          </w:p>
          <w:p>
            <w:pPr>
              <w:spacing w:before="0" w:after="20" w:line="264" w:lineRule="auto"/>
              <w:ind w:left="317" w:hanging="230"/>
            </w:pPr>
            <w:r>
              <w:rPr>
                <w:rFonts w:ascii="Lato" w:hAnsi="Lato"/>
                <w:b w:val="0"/>
                <w:i w:val="0"/>
                <w:sz w:val="19"/>
              </w:rPr>
              <w:t>• We Do deck: Reading 2 “Into a Method and Back” with the classwork form, then the bench slide.</w:t>
            </w:r>
          </w:p>
          <w:p>
            <w:pPr>
              <w:spacing w:before="0" w:after="20" w:line="264" w:lineRule="auto"/>
              <w:ind w:left="317" w:hanging="230"/>
            </w:pPr>
            <w:r>
              <w:rPr>
                <w:rFonts w:ascii="Lato" w:hAnsi="Lato"/>
                <w:b w:val="0"/>
                <w:i w:val="0"/>
                <w:sz w:val="19"/>
              </w:rPr>
              <w:t>• Bench Basics B19 “Into a Method and Back” at muggsofcompsci.net/cs1/bench/b19.</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URL · domain name · DNS</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Yesterday you learned that a site lives on a host. Today you learn what the parts of a web address mean and how a browser uses one to find that host.</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How does a browser find the right computer out of all the computers on the internet? Write your best explanation in two or three sentences, and circle the step you are least sure about.</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“Web Addresses and DNS”, about 820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Hosts on the Internet</w:t>
            </w:r>
          </w:p>
          <w:p>
            <w:pPr>
              <w:spacing w:before="0" w:after="20" w:line="264" w:lineRule="auto"/>
              <w:ind w:left="317" w:hanging="230"/>
            </w:pPr>
            <w:r>
              <w:rPr>
                <w:rFonts w:ascii="Lato" w:hAnsi="Lato"/>
                <w:b w:val="0"/>
                <w:i w:val="0"/>
                <w:sz w:val="19"/>
              </w:rPr>
              <w:t>• The Parts of a URL</w:t>
            </w:r>
          </w:p>
          <w:p>
            <w:pPr>
              <w:spacing w:before="0" w:after="20" w:line="264" w:lineRule="auto"/>
              <w:ind w:left="317" w:hanging="230"/>
            </w:pPr>
            <w:r>
              <w:rPr>
                <w:rFonts w:ascii="Lato" w:hAnsi="Lato"/>
                <w:b w:val="0"/>
                <w:i w:val="0"/>
                <w:sz w:val="19"/>
              </w:rPr>
              <w:t>• Domain Names and DNS</w:t>
            </w:r>
          </w:p>
          <w:p>
            <w:pPr>
              <w:spacing w:before="0" w:after="20" w:line="264" w:lineRule="auto"/>
              <w:ind w:left="317" w:hanging="230"/>
            </w:pPr>
            <w:r>
              <w:rPr>
                <w:rFonts w:ascii="Lato" w:hAnsi="Lato"/>
                <w:b w:val="0"/>
                <w:i w:val="0"/>
                <w:sz w:val="19"/>
              </w:rPr>
              <w:t>• A Real Lookup</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URL</w:t>
            </w:r>
            <w:r>
              <w:rPr>
                <w:rFonts w:ascii="Lato" w:hAnsi="Lato"/>
                <w:b w:val="0"/>
                <w:i w:val="0"/>
                <w:sz w:val="19"/>
              </w:rPr>
              <w:t xml:space="preserve"> · In today's bench address, which part is the path, and what does it ask the host for?</w:t>
            </w:r>
          </w:p>
          <w:p>
            <w:pPr>
              <w:spacing w:before="0" w:after="20" w:line="264" w:lineRule="auto"/>
              <w:ind w:left="317" w:hanging="230"/>
            </w:pPr>
            <w:r>
              <w:rPr>
                <w:rFonts w:ascii="Lato" w:hAnsi="Lato"/>
                <w:b w:val="0"/>
                <w:i w:val="0"/>
                <w:sz w:val="19"/>
              </w:rPr>
              <w:t xml:space="preserve">2. </w:t>
            </w:r>
            <w:r>
              <w:rPr>
                <w:rFonts w:ascii="Lato" w:hAnsi="Lato"/>
                <w:b w:val="0"/>
                <w:i/>
                <w:sz w:val="19"/>
              </w:rPr>
              <w:t>notebook cue: domain name</w:t>
            </w:r>
            <w:r>
              <w:rPr>
                <w:rFonts w:ascii="Lato" w:hAnsi="Lato"/>
                <w:b w:val="0"/>
                <w:i w:val="0"/>
                <w:sz w:val="19"/>
              </w:rPr>
              <w:t xml:space="preserve"> · Why do people use domain names when computers use IP addresses?</w:t>
            </w:r>
          </w:p>
          <w:p>
            <w:pPr>
              <w:spacing w:before="0" w:after="20" w:line="264" w:lineRule="auto"/>
              <w:ind w:left="317" w:hanging="230"/>
            </w:pPr>
            <w:r>
              <w:rPr>
                <w:rFonts w:ascii="Lato" w:hAnsi="Lato"/>
                <w:b w:val="0"/>
                <w:i w:val="0"/>
                <w:sz w:val="19"/>
              </w:rPr>
              <w:t xml:space="preserve">3. </w:t>
            </w:r>
            <w:r>
              <w:rPr>
                <w:rFonts w:ascii="Lato" w:hAnsi="Lato"/>
                <w:b w:val="0"/>
                <w:i/>
                <w:sz w:val="19"/>
              </w:rPr>
              <w:t>notebook cue: DNS</w:t>
            </w:r>
            <w:r>
              <w:rPr>
                <w:rFonts w:ascii="Lato" w:hAnsi="Lato"/>
                <w:b w:val="0"/>
                <w:i w:val="0"/>
                <w:sz w:val="19"/>
              </w:rPr>
              <w:t xml:space="preserve"> · Put these in order: the browser sends its request to the host; the browser asks DNS; DNS returns an IP address.</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The address of today's bench split into its three main parts, and the four steps a browser follows to get the page from the host.</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agrees on one explanation and names the step it is least sure about.</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The browser already knows where every website is.</w:t>
            </w:r>
          </w:p>
          <w:p>
            <w:pPr>
              <w:spacing w:before="0" w:after="20" w:line="264" w:lineRule="auto"/>
              <w:ind w:left="317" w:hanging="230"/>
            </w:pPr>
            <w:r>
              <w:rPr>
                <w:rFonts w:ascii="Lato" w:hAnsi="Lato"/>
                <w:b w:val="0"/>
                <w:i w:val="0"/>
                <w:sz w:val="19"/>
              </w:rPr>
              <w:t>2. The browser asks DNS for the IP address that matches the name, then sends its request there.</w:t>
            </w:r>
          </w:p>
          <w:p>
            <w:pPr>
              <w:spacing w:before="0" w:after="20" w:line="264" w:lineRule="auto"/>
              <w:ind w:left="317" w:hanging="230"/>
            </w:pPr>
            <w:r>
              <w:rPr>
                <w:rFonts w:ascii="Lato" w:hAnsi="Lato"/>
                <w:b w:val="0"/>
                <w:i w:val="0"/>
                <w:sz w:val="19"/>
              </w:rPr>
              <w:t>3. The browser searches for the name and opens the first result.</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Every host on the internet has an IP address.</w:t>
            </w:r>
          </w:p>
          <w:p>
            <w:pPr>
              <w:spacing w:before="0" w:after="20" w:line="264" w:lineRule="auto"/>
              <w:ind w:left="317" w:hanging="230"/>
            </w:pPr>
            <w:r>
              <w:rPr>
                <w:rFonts w:ascii="Lato" w:hAnsi="Lato"/>
                <w:b w:val="0"/>
                <w:i w:val="0"/>
                <w:sz w:val="19"/>
              </w:rPr>
              <w:t>2. Each domain name matches exactly one IP address.</w:t>
            </w:r>
          </w:p>
          <w:p>
            <w:pPr>
              <w:spacing w:before="0" w:after="20" w:line="264" w:lineRule="auto"/>
              <w:ind w:left="317" w:hanging="230"/>
            </w:pPr>
            <w:r>
              <w:rPr>
                <w:rFonts w:ascii="Lato" w:hAnsi="Lato"/>
                <w:b w:val="0"/>
                <w:i w:val="0"/>
                <w:sz w:val="19"/>
              </w:rPr>
              <w:t>3. The path in a URL tells the host which page or file the browser wants.</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“Into a Method and Back”, a reading of about 430 words. Work the first part aloud, then students work it on their own.</w:t>
            </w:r>
          </w:p>
          <w:p>
            <w:pPr>
              <w:spacing w:before="0" w:after="20" w:line="264" w:lineRule="auto"/>
              <w:ind w:left="317" w:hanging="230"/>
            </w:pPr>
            <w:r>
              <w:rPr>
                <w:rFonts w:ascii="Lato" w:hAnsi="Lato"/>
                <w:b w:val="0"/>
                <w:i w:val="0"/>
                <w:sz w:val="19"/>
              </w:rPr>
              <w:t>• Where a Program Starts and Where It Goes</w:t>
            </w:r>
          </w:p>
          <w:p>
            <w:pPr>
              <w:spacing w:before="0" w:after="20" w:line="264" w:lineRule="auto"/>
              <w:ind w:left="317" w:hanging="230"/>
            </w:pPr>
            <w:r>
              <w:rPr>
                <w:rFonts w:ascii="Lato" w:hAnsi="Lato"/>
                <w:b w:val="0"/>
                <w:i w:val="0"/>
                <w:sz w:val="19"/>
              </w:rPr>
              <w:t>• One Worked Example</w:t>
            </w:r>
          </w:p>
          <w:p>
            <w:pPr>
              <w:spacing w:before="0" w:after="20" w:line="264" w:lineRule="auto"/>
              <w:ind w:left="317" w:hanging="230"/>
            </w:pPr>
            <w:r>
              <w:rPr>
                <w:rFonts w:ascii="Lato" w:hAnsi="Lato"/>
                <w:b w:val="0"/>
                <w:i w:val="0"/>
                <w:sz w:val="19"/>
              </w:rPr>
              <w:t>• What the Bench Checks</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Which list names its three main parts, in order?</w:t>
            </w:r>
          </w:p>
          <w:p>
            <w:pPr>
              <w:spacing w:before="0" w:after="20" w:line="264" w:lineRule="auto"/>
              <w:ind w:left="317" w:hanging="230"/>
            </w:pPr>
            <w:r>
              <w:rPr>
                <w:rFonts w:ascii="Lato" w:hAnsi="Lato"/>
                <w:b w:val="0"/>
                <w:i w:val="0"/>
                <w:sz w:val="19"/>
              </w:rPr>
              <w:t>• MC 2 · What comes back to the browser?</w:t>
            </w:r>
          </w:p>
          <w:p>
            <w:pPr>
              <w:spacing w:before="0" w:after="20" w:line="264" w:lineRule="auto"/>
              <w:ind w:left="317" w:hanging="230"/>
            </w:pPr>
            <w:r>
              <w:rPr>
                <w:rFonts w:ascii="Lato" w:hAnsi="Lato"/>
                <w:b w:val="0"/>
                <w:i w:val="0"/>
                <w:sz w:val="19"/>
              </w:rPr>
              <w:t>• MC 3 · According to the passage, what does a domain name stand for?</w:t>
            </w:r>
          </w:p>
          <w:p>
            <w:pPr>
              <w:spacing w:before="0" w:after="20" w:line="264" w:lineRule="auto"/>
              <w:ind w:left="317" w:hanging="230"/>
            </w:pPr>
            <w:r>
              <w:rPr>
                <w:rFonts w:ascii="Lato" w:hAnsi="Lato"/>
                <w:b w:val="0"/>
                <w:i w:val="0"/>
                <w:sz w:val="19"/>
              </w:rPr>
              <w:t>• MC 4 · Why must the page's files be deployed to a host on the internet before other people can open it?</w:t>
            </w:r>
          </w:p>
          <w:p>
            <w:pPr>
              <w:spacing w:before="0" w:after="20" w:line="264" w:lineRule="auto"/>
              <w:ind w:left="317" w:hanging="230"/>
            </w:pPr>
            <w:r>
              <w:rPr>
                <w:rFonts w:ascii="Lato" w:hAnsi="Lato"/>
                <w:b w:val="0"/>
                <w:i w:val="0"/>
                <w:sz w:val="19"/>
              </w:rPr>
              <w:t>• MC 5 · Which line runs first when this program runs?</w:t>
            </w:r>
          </w:p>
          <w:p>
            <w:pPr>
              <w:spacing w:before="0" w:after="20" w:line="264" w:lineRule="auto"/>
              <w:ind w:left="317" w:hanging="230"/>
            </w:pPr>
            <w:r>
              <w:rPr>
                <w:rFonts w:ascii="Lato" w:hAnsi="Lato"/>
                <w:b w:val="0"/>
                <w:i w:val="0"/>
                <w:sz w:val="19"/>
              </w:rPr>
              <w:t>• MC 6 · In the program from MC 5, which line runs right after line 8, the call bell();?</w:t>
            </w:r>
          </w:p>
          <w:p>
            <w:pPr>
              <w:spacing w:before="0" w:after="20" w:line="264" w:lineRule="auto"/>
              <w:ind w:left="317" w:hanging="230"/>
            </w:pPr>
            <w:r>
              <w:rPr>
                <w:rFonts w:ascii="Lato" w:hAnsi="Lato"/>
                <w:b w:val="0"/>
                <w:i w:val="0"/>
                <w:sz w:val="19"/>
              </w:rPr>
              <w:t>• MC 7 · Which line runs after line 3?</w:t>
            </w:r>
          </w:p>
          <w:p>
            <w:pPr>
              <w:spacing w:before="0" w:after="20" w:line="264" w:lineRule="auto"/>
              <w:ind w:left="317" w:hanging="230"/>
            </w:pPr>
            <w:r>
              <w:rPr>
                <w:rFonts w:ascii="Lato" w:hAnsi="Lato"/>
                <w:b w:val="0"/>
                <w:i w:val="0"/>
                <w:sz w:val="19"/>
              </w:rPr>
              <w:t>• MC 8 · What does it print, in order?</w:t>
            </w:r>
          </w:p>
          <w:p>
            <w:pPr>
              <w:spacing w:before="0" w:after="20" w:line="264" w:lineRule="auto"/>
              <w:ind w:left="317" w:hanging="230"/>
            </w:pPr>
            <w:r>
              <w:rPr>
                <w:rFonts w:ascii="Lato" w:hAnsi="Lato"/>
                <w:b w:val="0"/>
                <w:i w:val="0"/>
                <w:sz w:val="19"/>
              </w:rPr>
              <w:t>• MC 9 · How many times does this program print Toot?</w:t>
            </w:r>
          </w:p>
          <w:p>
            <w:pPr>
              <w:spacing w:before="0" w:after="20" w:line="264" w:lineRule="auto"/>
              <w:ind w:left="317" w:hanging="230"/>
            </w:pPr>
            <w:r>
              <w:rPr>
                <w:rFonts w:ascii="Lato" w:hAnsi="Lato"/>
                <w:b w:val="0"/>
                <w:i w:val="0"/>
                <w:sz w:val="19"/>
              </w:rPr>
              <w:t>• MC 10 · Which list gives the lines of the program from MC 5 in the order they run?</w:t>
            </w:r>
          </w:p>
          <w:p>
            <w:pPr>
              <w:spacing w:before="0" w:after="20" w:line="264" w:lineRule="auto"/>
              <w:ind w:left="317" w:hanging="230"/>
            </w:pPr>
            <w:r>
              <w:rPr>
                <w:rFonts w:ascii="Lato" w:hAnsi="Lato"/>
                <w:b w:val="0"/>
                <w:i w:val="0"/>
                <w:sz w:val="19"/>
              </w:rPr>
              <w:t>• CR 1 · Number the lines of this program in the order they run, using the line numbers shown.</w:t>
            </w:r>
          </w:p>
          <w:p>
            <w:pPr>
              <w:spacing w:before="0" w:after="20" w:line="264" w:lineRule="auto"/>
              <w:ind w:left="317" w:hanging="230"/>
            </w:pPr>
            <w:r>
              <w:rPr>
                <w:rFonts w:ascii="Lato" w:hAnsi="Lato"/>
                <w:b w:val="0"/>
                <w:i w:val="0"/>
                <w:sz w:val="19"/>
              </w:rPr>
              <w:t>• CR 2 · In two sentences, explain why the lines of a method do not run at the spot where the method is written in the file.</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Give the line numbers in the order they run, and write exactly what the program prints.</w:t>
            </w:r>
          </w:p>
          <w:p>
            <w:pPr>
              <w:spacing w:before="0" w:after="20" w:line="264" w:lineRule="auto"/>
              <w:ind w:left="317" w:hanging="230"/>
            </w:pPr>
            <w:r>
              <w:rPr>
                <w:rFonts w:ascii="Lato" w:hAnsi="Lato"/>
                <w:b w:val="0"/>
                <w:i w:val="0"/>
                <w:sz w:val="19"/>
              </w:rPr>
              <w:t>• CR 4 · Name the three parts of the address https://muggsofcompsci.net/cs1/bench/b20, and say which part changes from bench to bench.</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B19 · Into a Method and Back</w:t>
            </w:r>
          </w:p>
        </w:tc>
        <w:tc>
          <w:tcPr>
            <w:tcW w:type="dxa" w:w="9000"/>
          </w:tcPr>
          <w:p>
            <w:pPr>
              <w:spacing w:before="0" w:after="40" w:line="264" w:lineRule="auto"/>
            </w:pPr>
            <w:r>
              <w:rPr>
                <w:rFonts w:ascii="Lato" w:hAnsi="Lato"/>
                <w:b w:val="0"/>
                <w:i w:val="0"/>
                <w:sz w:val="19"/>
              </w:rPr>
              <w:t>main calls a void method; number the lines as control goes in and comes back.</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Name the three main parts of a URL, in order.</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A program's main prints "A," calls a method that prints "B" and then "C," and then prints "D." Write what is printed, in order, and say where control goes after the method's last line.</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phone's contact list lets a person tap a friend's name, and the phone calls the friend's number. Which part of today's reading works like the contact list? On the web, what is the "name" and what is the "number"?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First methods day. B19 is the first bench where control leaves main. Students who finish early pick up any Week 15 bench for a higher best score.</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Wednesday, Nov 18 · HTTPS and Keys</w:t>
      </w:r>
    </w:p>
    <w:p>
      <w:pPr>
        <w:spacing w:before="0" w:after="80" w:line="264" w:lineRule="auto"/>
      </w:pPr>
      <w:r>
        <w:rPr>
          <w:rFonts w:ascii="Lato" w:hAnsi="Lato"/>
          <w:b w:val="0"/>
          <w:i/>
          <w:color w:val="404040"/>
          <w:sz w:val="19"/>
        </w:rPr>
        <w:t>What is protected on the way, and what must never be in a page.</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explain what HTTPS protects between a browser and a server, and why Code Coach's API key is kept on the class endpoint and never in the page.</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Diagnostic link</w:t>
            </w:r>
          </w:p>
        </w:tc>
        <w:tc>
          <w:tcPr>
            <w:tcW w:type="dxa" w:w="9000"/>
          </w:tcPr>
          <w:p>
            <w:pPr>
              <w:spacing w:before="0" w:after="40" w:line="264" w:lineRule="auto"/>
            </w:pPr>
            <w:r>
              <w:rPr>
                <w:rFonts w:ascii="Lato" w:hAnsi="Lato"/>
                <w:b w:val="0"/>
                <w:i w:val="0"/>
                <w:sz w:val="19"/>
              </w:rPr>
              <w:t>MC 25. The passage uses the words "API key," "JavaScript" and "server," and states that anyone who opens a page can read its JavaScript, so an API key is kept on a server and never written in the page.</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where a returned value lands.</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B20 Bring a Value Back,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“HTTPS, Encryption and API Keys” with class questions, Figure 1, and the discussion form in the right panel.</w:t>
            </w:r>
          </w:p>
          <w:p>
            <w:pPr>
              <w:spacing w:before="0" w:after="20" w:line="264" w:lineRule="auto"/>
              <w:ind w:left="317" w:hanging="230"/>
            </w:pPr>
            <w:r>
              <w:rPr>
                <w:rFonts w:ascii="Lato" w:hAnsi="Lato"/>
                <w:b w:val="0"/>
                <w:i w:val="0"/>
                <w:sz w:val="19"/>
              </w:rPr>
              <w:t>• We Do deck: Reading 2 “Bring a Value Back” with the classwork form, then the bench slide.</w:t>
            </w:r>
          </w:p>
          <w:p>
            <w:pPr>
              <w:spacing w:before="0" w:after="20" w:line="264" w:lineRule="auto"/>
              <w:ind w:left="317" w:hanging="230"/>
            </w:pPr>
            <w:r>
              <w:rPr>
                <w:rFonts w:ascii="Lato" w:hAnsi="Lato"/>
                <w:b w:val="0"/>
                <w:i w:val="0"/>
                <w:sz w:val="19"/>
              </w:rPr>
              <w:t>• Bench Basics B20 “Bring a Value Back” at muggsofcompsci.net/cs1/bench/b20.</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HTTPS · encryption · API key</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Code Coach sends your question across the internet, and the model it uses costs money to run. Today you learn how both are protected.</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A browser says "Connection is secure" for a site. What does that tell you, and what does it not tell you? Give one of each.</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“HTTPS, Encryption and API Keys”, about 800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What Encryption Does</w:t>
            </w:r>
          </w:p>
          <w:p>
            <w:pPr>
              <w:spacing w:before="0" w:after="20" w:line="264" w:lineRule="auto"/>
              <w:ind w:left="317" w:hanging="230"/>
            </w:pPr>
            <w:r>
              <w:rPr>
                <w:rFonts w:ascii="Lato" w:hAnsi="Lato"/>
                <w:b w:val="0"/>
                <w:i w:val="0"/>
                <w:sz w:val="19"/>
              </w:rPr>
              <w:t>• What HTTPS Protects and What It Does Not</w:t>
            </w:r>
          </w:p>
          <w:p>
            <w:pPr>
              <w:spacing w:before="0" w:after="20" w:line="264" w:lineRule="auto"/>
              <w:ind w:left="317" w:hanging="230"/>
            </w:pPr>
            <w:r>
              <w:rPr>
                <w:rFonts w:ascii="Lato" w:hAnsi="Lato"/>
                <w:b w:val="0"/>
                <w:i w:val="0"/>
                <w:sz w:val="19"/>
              </w:rPr>
              <w:t>• Why an API Key Stays on a Server</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HTTPS</w:t>
            </w:r>
            <w:r>
              <w:rPr>
                <w:rFonts w:ascii="Lato" w:hAnsi="Lato"/>
                <w:b w:val="0"/>
                <w:i w:val="0"/>
                <w:sz w:val="19"/>
              </w:rPr>
              <w:t xml:space="preserve"> · A site's connection is secure, and the site gives wrong information. Is that possible? Why?</w:t>
            </w:r>
          </w:p>
          <w:p>
            <w:pPr>
              <w:spacing w:before="0" w:after="20" w:line="264" w:lineRule="auto"/>
              <w:ind w:left="317" w:hanging="230"/>
            </w:pPr>
            <w:r>
              <w:rPr>
                <w:rFonts w:ascii="Lato" w:hAnsi="Lato"/>
                <w:b w:val="0"/>
                <w:i w:val="0"/>
                <w:sz w:val="19"/>
              </w:rPr>
              <w:t xml:space="preserve">2. </w:t>
            </w:r>
            <w:r>
              <w:rPr>
                <w:rFonts w:ascii="Lato" w:hAnsi="Lato"/>
                <w:b w:val="0"/>
                <w:i/>
                <w:sz w:val="19"/>
              </w:rPr>
              <w:t>notebook cue: encryption</w:t>
            </w:r>
            <w:r>
              <w:rPr>
                <w:rFonts w:ascii="Lato" w:hAnsi="Lato"/>
                <w:b w:val="0"/>
                <w:i w:val="0"/>
                <w:sz w:val="19"/>
              </w:rPr>
              <w:t xml:space="preserve"> · Someone on the same wifi captures the data the bench page sends to Code Coach. With HTTPS, what do they see?</w:t>
            </w:r>
          </w:p>
          <w:p>
            <w:pPr>
              <w:spacing w:before="0" w:after="20" w:line="264" w:lineRule="auto"/>
              <w:ind w:left="317" w:hanging="230"/>
            </w:pPr>
            <w:r>
              <w:rPr>
                <w:rFonts w:ascii="Lato" w:hAnsi="Lato"/>
                <w:b w:val="0"/>
                <w:i w:val="0"/>
                <w:sz w:val="19"/>
              </w:rPr>
              <w:t xml:space="preserve">3. </w:t>
            </w:r>
            <w:r>
              <w:rPr>
                <w:rFonts w:ascii="Lato" w:hAnsi="Lato"/>
                <w:b w:val="0"/>
                <w:i/>
                <w:sz w:val="19"/>
              </w:rPr>
              <w:t>notebook cue: API key</w:t>
            </w:r>
            <w:r>
              <w:rPr>
                <w:rFonts w:ascii="Lato" w:hAnsi="Lato"/>
                <w:b w:val="0"/>
                <w:i w:val="0"/>
                <w:sz w:val="19"/>
              </w:rPr>
              <w:t xml:space="preserve"> · Where is Code Coach's API key stored, and which part of the system adds it to a request?</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Code Coach's request travels encrypted from the bench page to the class endpoint, which adds the API key and passes it on to the model's server, and the bench page's own code shows the endpoint's address and no key.</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agrees on one thing "Connection is secure" means and one thing it does not mean.</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It means the site is safe and its information can be trusted.</w:t>
            </w:r>
          </w:p>
          <w:p>
            <w:pPr>
              <w:spacing w:before="0" w:after="20" w:line="264" w:lineRule="auto"/>
              <w:ind w:left="317" w:hanging="230"/>
            </w:pPr>
            <w:r>
              <w:rPr>
                <w:rFonts w:ascii="Lato" w:hAnsi="Lato"/>
                <w:b w:val="0"/>
                <w:i w:val="0"/>
                <w:sz w:val="19"/>
              </w:rPr>
              <w:t>2. It means data is encrypted on the way. It says nothing about whether the site is honest.</w:t>
            </w:r>
          </w:p>
          <w:p>
            <w:pPr>
              <w:spacing w:before="0" w:after="20" w:line="264" w:lineRule="auto"/>
              <w:ind w:left="317" w:hanging="230"/>
            </w:pPr>
            <w:r>
              <w:rPr>
                <w:rFonts w:ascii="Lato" w:hAnsi="Lato"/>
                <w:b w:val="0"/>
                <w:i w:val="0"/>
                <w:sz w:val="19"/>
              </w:rPr>
              <w:t>3. It means the site has no ads and no viruses.</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Anything written in a page's code can be read by a person who opens the page.</w:t>
            </w:r>
          </w:p>
          <w:p>
            <w:pPr>
              <w:spacing w:before="0" w:after="20" w:line="264" w:lineRule="auto"/>
              <w:ind w:left="317" w:hanging="230"/>
            </w:pPr>
            <w:r>
              <w:rPr>
                <w:rFonts w:ascii="Lato" w:hAnsi="Lato"/>
                <w:b w:val="0"/>
                <w:i w:val="0"/>
                <w:sz w:val="19"/>
              </w:rPr>
              <w:t>2. HTTPS checks that the information on a site is correct.</w:t>
            </w:r>
          </w:p>
          <w:p>
            <w:pPr>
              <w:spacing w:before="0" w:after="20" w:line="264" w:lineRule="auto"/>
              <w:ind w:left="317" w:hanging="230"/>
            </w:pPr>
            <w:r>
              <w:rPr>
                <w:rFonts w:ascii="Lato" w:hAnsi="Lato"/>
                <w:b w:val="0"/>
                <w:i w:val="0"/>
                <w:sz w:val="19"/>
              </w:rPr>
              <w:t>3. A secret that a program needs should be kept on a server.</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“Bring a Value Back”, a reading of about 430 words. Work the first part aloud, then students work it on their own.</w:t>
            </w:r>
          </w:p>
          <w:p>
            <w:pPr>
              <w:spacing w:before="0" w:after="20" w:line="264" w:lineRule="auto"/>
              <w:ind w:left="317" w:hanging="230"/>
            </w:pPr>
            <w:r>
              <w:rPr>
                <w:rFonts w:ascii="Lato" w:hAnsi="Lato"/>
                <w:b w:val="0"/>
                <w:i w:val="0"/>
                <w:sz w:val="19"/>
              </w:rPr>
              <w:t>• Where a Returned Value Lands</w:t>
            </w:r>
          </w:p>
          <w:p>
            <w:pPr>
              <w:spacing w:before="0" w:after="20" w:line="264" w:lineRule="auto"/>
              <w:ind w:left="317" w:hanging="230"/>
            </w:pPr>
            <w:r>
              <w:rPr>
                <w:rFonts w:ascii="Lato" w:hAnsi="Lato"/>
                <w:b w:val="0"/>
                <w:i w:val="0"/>
                <w:sz w:val="19"/>
              </w:rPr>
              <w:t>• Code After Return</w:t>
            </w:r>
          </w:p>
          <w:p>
            <w:pPr>
              <w:spacing w:before="0" w:after="20" w:line="264" w:lineRule="auto"/>
              <w:ind w:left="317" w:hanging="230"/>
            </w:pPr>
            <w:r>
              <w:rPr>
                <w:rFonts w:ascii="Lato" w:hAnsi="Lato"/>
                <w:b w:val="0"/>
                <w:i w:val="0"/>
                <w:sz w:val="19"/>
              </w:rPr>
              <w:t>• Two Mistakes the Bench Catches</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What does HTTPS protect?</w:t>
            </w:r>
          </w:p>
          <w:p>
            <w:pPr>
              <w:spacing w:before="0" w:after="20" w:line="264" w:lineRule="auto"/>
              <w:ind w:left="317" w:hanging="230"/>
            </w:pPr>
            <w:r>
              <w:rPr>
                <w:rFonts w:ascii="Lato" w:hAnsi="Lato"/>
                <w:b w:val="0"/>
                <w:i w:val="0"/>
                <w:sz w:val="19"/>
              </w:rPr>
              <w:t>• MC 2 · Which of these does that message not tell you?</w:t>
            </w:r>
          </w:p>
          <w:p>
            <w:pPr>
              <w:spacing w:before="0" w:after="20" w:line="264" w:lineRule="auto"/>
              <w:ind w:left="317" w:hanging="230"/>
            </w:pPr>
            <w:r>
              <w:rPr>
                <w:rFonts w:ascii="Lato" w:hAnsi="Lato"/>
                <w:b w:val="0"/>
                <w:i w:val="0"/>
                <w:sz w:val="19"/>
              </w:rPr>
              <w:t>• MC 3 · Where is Code Coach's API key kept?</w:t>
            </w:r>
          </w:p>
          <w:p>
            <w:pPr>
              <w:spacing w:before="0" w:after="20" w:line="264" w:lineRule="auto"/>
              <w:ind w:left="317" w:hanging="230"/>
            </w:pPr>
            <w:r>
              <w:rPr>
                <w:rFonts w:ascii="Lato" w:hAnsi="Lato"/>
                <w:b w:val="0"/>
                <w:i w:val="0"/>
                <w:sz w:val="19"/>
              </w:rPr>
              <w:t>• MC 4 · What is the problem with that plan?</w:t>
            </w:r>
          </w:p>
          <w:p>
            <w:pPr>
              <w:spacing w:before="0" w:after="20" w:line="264" w:lineRule="auto"/>
              <w:ind w:left="317" w:hanging="230"/>
            </w:pPr>
            <w:r>
              <w:rPr>
                <w:rFonts w:ascii="Lato" w:hAnsi="Lato"/>
                <w:b w:val="0"/>
                <w:i w:val="0"/>
                <w:sz w:val="19"/>
              </w:rPr>
              <w:t>• MC 5 · Which method header says that the method brings back a whole number?</w:t>
            </w:r>
          </w:p>
          <w:p>
            <w:pPr>
              <w:spacing w:before="0" w:after="20" w:line="264" w:lineRule="auto"/>
              <w:ind w:left="317" w:hanging="230"/>
            </w:pPr>
            <w:r>
              <w:rPr>
                <w:rFonts w:ascii="Lato" w:hAnsi="Lato"/>
                <w:b w:val="0"/>
                <w:i w:val="0"/>
                <w:sz w:val="19"/>
              </w:rPr>
              <w:t>• MC 6 · What value does minusThree(11) return?</w:t>
            </w:r>
          </w:p>
          <w:p>
            <w:pPr>
              <w:spacing w:before="0" w:after="20" w:line="264" w:lineRule="auto"/>
              <w:ind w:left="317" w:hanging="230"/>
            </w:pPr>
            <w:r>
              <w:rPr>
                <w:rFonts w:ascii="Lato" w:hAnsi="Lato"/>
                <w:b w:val="0"/>
                <w:i w:val="0"/>
                <w:sz w:val="19"/>
              </w:rPr>
              <w:t>• MC 7 · Where does the 9 land?</w:t>
            </w:r>
          </w:p>
          <w:p>
            <w:pPr>
              <w:spacing w:before="0" w:after="20" w:line="264" w:lineRule="auto"/>
              <w:ind w:left="317" w:hanging="230"/>
            </w:pPr>
            <w:r>
              <w:rPr>
                <w:rFonts w:ascii="Lato" w:hAnsi="Lato"/>
                <w:b w:val="0"/>
                <w:i w:val="0"/>
                <w:sz w:val="19"/>
              </w:rPr>
              <w:t>• MC 8 · What does this program print?</w:t>
            </w:r>
          </w:p>
          <w:p>
            <w:pPr>
              <w:spacing w:before="0" w:after="20" w:line="264" w:lineRule="auto"/>
              <w:ind w:left="317" w:hanging="230"/>
            </w:pPr>
            <w:r>
              <w:rPr>
                <w:rFonts w:ascii="Lato" w:hAnsi="Lato"/>
                <w:b w:val="0"/>
                <w:i w:val="0"/>
                <w:sz w:val="19"/>
              </w:rPr>
              <w:t>• MC 9 · What happens?</w:t>
            </w:r>
          </w:p>
          <w:p>
            <w:pPr>
              <w:spacing w:before="0" w:after="20" w:line="264" w:lineRule="auto"/>
              <w:ind w:left="317" w:hanging="230"/>
            </w:pPr>
            <w:r>
              <w:rPr>
                <w:rFonts w:ascii="Lato" w:hAnsi="Lato"/>
                <w:b w:val="0"/>
                <w:i w:val="0"/>
                <w:sz w:val="19"/>
              </w:rPr>
              <w:t>• MC 10 · Which row of the student's trace table is wrong?</w:t>
            </w:r>
          </w:p>
          <w:p>
            <w:pPr>
              <w:spacing w:before="0" w:after="20" w:line="264" w:lineRule="auto"/>
              <w:ind w:left="317" w:hanging="230"/>
            </w:pPr>
            <w:r>
              <w:rPr>
                <w:rFonts w:ascii="Lato" w:hAnsi="Lato"/>
                <w:b w:val="0"/>
                <w:i w:val="0"/>
                <w:sz w:val="19"/>
              </w:rPr>
              <w:t>• CR 1 · Fill a trace table for this program with the columns Line, side, n, result, area and Output, one row for each line that runs.</w:t>
            </w:r>
          </w:p>
          <w:p>
            <w:pPr>
              <w:spacing w:before="0" w:after="20" w:line="264" w:lineRule="auto"/>
              <w:ind w:left="317" w:hanging="230"/>
            </w:pPr>
            <w:r>
              <w:rPr>
                <w:rFonts w:ascii="Lato" w:hAnsi="Lato"/>
                <w:b w:val="0"/>
                <w:i w:val="0"/>
                <w:sz w:val="19"/>
              </w:rPr>
              <w:t>• CR 2 · Explain in two sentences why the class endpoint's address can be in the bench page but the API key cannot.</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Give the value each call to addThree returns, in the order the calls happen, and write the output.</w:t>
            </w:r>
          </w:p>
          <w:p>
            <w:pPr>
              <w:spacing w:before="0" w:after="20" w:line="264" w:lineRule="auto"/>
              <w:ind w:left="317" w:hanging="230"/>
            </w:pPr>
            <w:r>
              <w:rPr>
                <w:rFonts w:ascii="Lato" w:hAnsi="Lato"/>
                <w:b w:val="0"/>
                <w:i w:val="0"/>
                <w:sz w:val="19"/>
              </w:rPr>
              <w:t>• CR 4 · Name one kind of information a person should not type into any tool, and explain why HTTPS alone does not make it safe to type.</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B20 · Bring a Value Back</w:t>
            </w:r>
          </w:p>
        </w:tc>
        <w:tc>
          <w:tcPr>
            <w:tcW w:type="dxa" w:w="9000"/>
          </w:tcPr>
          <w:p>
            <w:pPr>
              <w:spacing w:before="0" w:after="40" w:line="264" w:lineRule="auto"/>
            </w:pPr>
            <w:r>
              <w:rPr>
                <w:rFonts w:ascii="Lato" w:hAnsi="Lato"/>
                <w:b w:val="0"/>
                <w:i w:val="0"/>
                <w:sz w:val="19"/>
              </w:rPr>
              <w:t>return; where the returned value lands; code after return never runs.</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What does HTTPS protect, and when?</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A method's last line is return n * 3; and main runs int y = triple(4);. What is stored in y, and where did the returned value land?</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hotel gives each guest a key card. A guest posts a photo of the card's code online. What can a stranger now do, and which of today's terms is the key card like?</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School schedule</w:t>
            </w:r>
          </w:p>
        </w:tc>
        <w:tc>
          <w:tcPr>
            <w:tcW w:type="dxa" w:w="9000"/>
          </w:tcPr>
          <w:p>
            <w:pPr>
              <w:spacing w:before="0" w:after="40" w:line="264" w:lineRule="auto"/>
            </w:pPr>
            <w:r>
              <w:rPr>
                <w:rFonts w:ascii="Lato" w:hAnsi="Lato"/>
                <w:b w:val="0"/>
                <w:i w:val="0"/>
                <w:sz w:val="19"/>
              </w:rPr>
              <w:t>Fire drill backup date.</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Fire drill backup date. Handle as in: before minute 50, skip Reading 2; after minute 70, the exit ticket posts as exempt.</w:t>
            </w:r>
          </w:p>
          <w:p>
            <w:pPr>
              <w:spacing w:before="0" w:after="20" w:line="264" w:lineRule="auto"/>
              <w:ind w:left="317" w:hanging="230"/>
            </w:pPr>
            <w:r>
              <w:rPr>
                <w:rFonts w:ascii="Lato" w:hAnsi="Lato"/>
                <w:b w:val="0"/>
                <w:i w:val="0"/>
                <w:sz w:val="19"/>
              </w:rPr>
              <w:t>• Code Coach's button appears on the bench from B19 on, after a prediction is entered. Today it is named in the passage and not required.</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Thursday, Nov 19 · Meet Code Coach</w:t>
      </w:r>
    </w:p>
    <w:p>
      <w:pPr>
        <w:spacing w:before="0" w:after="80" w:line="264" w:lineRule="auto"/>
      </w:pPr>
      <w:r>
        <w:rPr>
          <w:rFonts w:ascii="Lato" w:hAnsi="Lato"/>
          <w:b w:val="0"/>
          <w:i/>
          <w:color w:val="404040"/>
          <w:sz w:val="19"/>
        </w:rPr>
        <w:t>One question to Code Coach, followed from the button to the answer and back.</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trace one Code Coach request from the bench page to the class endpoint, to the model and back, and explain what the system prompt does on every request.</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Application day: three terms already taught, used again in a worked example with Code Coach.</w:t>
            </w:r>
          </w:p>
        </w:tc>
      </w:tr>
      <w:tr>
        <w:trPr>
          <w:cantSplit/>
        </w:trPr>
        <w:tc>
          <w:tcPr>
            <w:tcW w:type="dxa" w:w="1800"/>
            <w:shd w:val="clear" w:color="auto" w:fill="E8E8E8"/>
          </w:tcPr>
          <w:p>
            <w:pPr>
              <w:spacing w:before="0" w:after="40" w:line="264" w:lineRule="auto"/>
            </w:pPr>
            <w:r>
              <w:rPr>
                <w:rFonts w:ascii="Lato" w:hAnsi="Lato"/>
                <w:b/>
                <w:i w:val="0"/>
                <w:sz w:val="19"/>
              </w:rPr>
              <w:t>Diagnostic link</w:t>
            </w:r>
          </w:p>
        </w:tc>
        <w:tc>
          <w:tcPr>
            <w:tcW w:type="dxa" w:w="9000"/>
          </w:tcPr>
          <w:p>
            <w:pPr>
              <w:spacing w:before="0" w:after="40" w:line="264" w:lineRule="auto"/>
            </w:pPr>
            <w:r>
              <w:rPr>
                <w:rFonts w:ascii="Lato" w:hAnsi="Lato"/>
                <w:b w:val="0"/>
                <w:i w:val="0"/>
                <w:sz w:val="19"/>
              </w:rPr>
              <w:t>MC 11. The passage uses the words "system prompt," "builder" and "request," and states in its own sentence that a system prompt is the builder's instructions, sent to the model with every request. (Second teaching; first taught 12.5.)</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the parts of a method's signature.</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B21 Read the Signature,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“One Question to Code Coach” with class questions, Figure 1, and the discussion form in the right panel.</w:t>
            </w:r>
          </w:p>
          <w:p>
            <w:pPr>
              <w:spacing w:before="0" w:after="20" w:line="264" w:lineRule="auto"/>
              <w:ind w:left="317" w:hanging="230"/>
            </w:pPr>
            <w:r>
              <w:rPr>
                <w:rFonts w:ascii="Lato" w:hAnsi="Lato"/>
                <w:b w:val="0"/>
                <w:i w:val="0"/>
                <w:sz w:val="19"/>
              </w:rPr>
              <w:t>• We Do deck: Reading 2 “Read the Signature” with the classwork form, then the bench slide.</w:t>
            </w:r>
          </w:p>
          <w:p>
            <w:pPr>
              <w:spacing w:before="0" w:after="20" w:line="264" w:lineRule="auto"/>
              <w:ind w:left="317" w:hanging="230"/>
            </w:pPr>
            <w:r>
              <w:rPr>
                <w:rFonts w:ascii="Lato" w:hAnsi="Lato"/>
                <w:b w:val="0"/>
                <w:i w:val="0"/>
                <w:sz w:val="19"/>
              </w:rPr>
              <w:t>• Bench Basics B21 “Read the Signature” at muggsofcompsci.net/cs1/bench/b21.</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request · server · system prompt</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Code Coach sits inside the bench now. Today you follow one question from the Ask button to the model and back, so you know what is answering you.</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You press Ask in the Ask Code Coach panel on a bench job. Name the parts your question passes through, in order, and say which part the model runs on.</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“One Question to Code Coach”, about 800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From the Bench Page to the Class Endpoint</w:t>
            </w:r>
          </w:p>
          <w:p>
            <w:pPr>
              <w:spacing w:before="0" w:after="20" w:line="264" w:lineRule="auto"/>
              <w:ind w:left="317" w:hanging="230"/>
            </w:pPr>
            <w:r>
              <w:rPr>
                <w:rFonts w:ascii="Lato" w:hAnsi="Lato"/>
                <w:b w:val="0"/>
                <w:i w:val="0"/>
                <w:sz w:val="19"/>
              </w:rPr>
              <w:t>• Two Servers Pass the Request Along</w:t>
            </w:r>
          </w:p>
          <w:p>
            <w:pPr>
              <w:spacing w:before="0" w:after="20" w:line="264" w:lineRule="auto"/>
              <w:ind w:left="317" w:hanging="230"/>
            </w:pPr>
            <w:r>
              <w:rPr>
                <w:rFonts w:ascii="Lato" w:hAnsi="Lato"/>
                <w:b w:val="0"/>
                <w:i w:val="0"/>
                <w:sz w:val="19"/>
              </w:rPr>
              <w:t>• The Response Comes Back</w:t>
            </w:r>
          </w:p>
          <w:p>
            <w:pPr>
              <w:spacing w:before="0" w:after="20" w:line="264" w:lineRule="auto"/>
              <w:ind w:left="317" w:hanging="230"/>
            </w:pPr>
            <w:r>
              <w:rPr>
                <w:rFonts w:ascii="Lato" w:hAnsi="Lato"/>
                <w:b w:val="0"/>
                <w:i w:val="0"/>
                <w:sz w:val="19"/>
              </w:rPr>
              <w:t>• What the System Prompt Does</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request</w:t>
            </w:r>
            <w:r>
              <w:rPr>
                <w:rFonts w:ascii="Lato" w:hAnsi="Lato"/>
                <w:b w:val="0"/>
                <w:i w:val="0"/>
                <w:sz w:val="19"/>
              </w:rPr>
              <w:t xml:space="preserve"> · Name the things that a Code Coach request carries to the class endpoint.</w:t>
            </w:r>
          </w:p>
          <w:p>
            <w:pPr>
              <w:spacing w:before="0" w:after="20" w:line="264" w:lineRule="auto"/>
              <w:ind w:left="317" w:hanging="230"/>
            </w:pPr>
            <w:r>
              <w:rPr>
                <w:rFonts w:ascii="Lato" w:hAnsi="Lato"/>
                <w:b w:val="0"/>
                <w:i w:val="0"/>
                <w:sz w:val="19"/>
              </w:rPr>
              <w:t xml:space="preserve">2. </w:t>
            </w:r>
            <w:r>
              <w:rPr>
                <w:rFonts w:ascii="Lato" w:hAnsi="Lato"/>
                <w:b w:val="0"/>
                <w:i/>
                <w:sz w:val="19"/>
              </w:rPr>
              <w:t>notebook cue: server</w:t>
            </w:r>
            <w:r>
              <w:rPr>
                <w:rFonts w:ascii="Lato" w:hAnsi="Lato"/>
                <w:b w:val="0"/>
                <w:i w:val="0"/>
                <w:sz w:val="19"/>
              </w:rPr>
              <w:t xml:space="preserve"> · A Code Coach request passes through two servers. Name them in order, and say which one adds the API key.</w:t>
            </w:r>
          </w:p>
          <w:p>
            <w:pPr>
              <w:spacing w:before="0" w:after="20" w:line="264" w:lineRule="auto"/>
              <w:ind w:left="317" w:hanging="230"/>
            </w:pPr>
            <w:r>
              <w:rPr>
                <w:rFonts w:ascii="Lato" w:hAnsi="Lato"/>
                <w:b w:val="0"/>
                <w:i w:val="0"/>
                <w:sz w:val="19"/>
              </w:rPr>
              <w:t xml:space="preserve">3. </w:t>
            </w:r>
            <w:r>
              <w:rPr>
                <w:rFonts w:ascii="Lato" w:hAnsi="Lato"/>
                <w:b w:val="0"/>
                <w:i/>
                <w:sz w:val="19"/>
              </w:rPr>
              <w:t>notebook cue: system prompt</w:t>
            </w:r>
            <w:r>
              <w:rPr>
                <w:rFonts w:ascii="Lato" w:hAnsi="Lato"/>
                <w:b w:val="0"/>
                <w:i w:val="0"/>
                <w:sz w:val="19"/>
              </w:rPr>
              <w:t xml:space="preserve"> · Two students ask Code Coach about different lines. What is the same in both requests, and what is different?</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One Code Coach question, drawn from the endpoint's code: the bench page sends a request with the system prompt in it to the class endpoint, which adds the API key and passes it to Mistral's server, and the response comes back the same way to the job.</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agrees on the parts in order, from the button to the answer on the screen, and counts them.</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The bench page sends the question straight to the company that runs the model.</w:t>
            </w:r>
          </w:p>
          <w:p>
            <w:pPr>
              <w:spacing w:before="0" w:after="20" w:line="264" w:lineRule="auto"/>
              <w:ind w:left="317" w:hanging="230"/>
            </w:pPr>
            <w:r>
              <w:rPr>
                <w:rFonts w:ascii="Lato" w:hAnsi="Lato"/>
                <w:b w:val="0"/>
                <w:i w:val="0"/>
                <w:sz w:val="19"/>
              </w:rPr>
              <w:t>2. The bench page sends a request to the class endpoint, which passes it to the model's server, and the response comes back the same way.</w:t>
            </w:r>
          </w:p>
          <w:p>
            <w:pPr>
              <w:spacing w:before="0" w:after="20" w:line="264" w:lineRule="auto"/>
              <w:ind w:left="317" w:hanging="230"/>
            </w:pPr>
            <w:r>
              <w:rPr>
                <w:rFonts w:ascii="Lato" w:hAnsi="Lato"/>
                <w:b w:val="0"/>
                <w:i w:val="0"/>
                <w:sz w:val="19"/>
              </w:rPr>
              <w:t>3. Code Coach looks the answer up in a list of saved explanations.</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Code Coach can answer without the bench page sending a request.</w:t>
            </w:r>
          </w:p>
          <w:p>
            <w:pPr>
              <w:spacing w:before="0" w:after="20" w:line="264" w:lineRule="auto"/>
              <w:ind w:left="317" w:hanging="230"/>
            </w:pPr>
            <w:r>
              <w:rPr>
                <w:rFonts w:ascii="Lato" w:hAnsi="Lato"/>
                <w:b w:val="0"/>
                <w:i w:val="0"/>
                <w:sz w:val="19"/>
              </w:rPr>
              <w:t>2. The system prompt travels in the request with the student's question.</w:t>
            </w:r>
          </w:p>
          <w:p>
            <w:pPr>
              <w:spacing w:before="0" w:after="20" w:line="264" w:lineRule="auto"/>
              <w:ind w:left="317" w:hanging="230"/>
            </w:pPr>
            <w:r>
              <w:rPr>
                <w:rFonts w:ascii="Lato" w:hAnsi="Lato"/>
                <w:b w:val="0"/>
                <w:i w:val="0"/>
                <w:sz w:val="19"/>
              </w:rPr>
              <w:t>3. The class endpoint is a server.</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“Read the Signature”, a step sheet of about 380 words. Work the first part aloud, then students work it on their own.</w:t>
            </w:r>
          </w:p>
          <w:p>
            <w:pPr>
              <w:spacing w:before="0" w:after="20" w:line="264" w:lineRule="auto"/>
              <w:ind w:left="317" w:hanging="230"/>
            </w:pPr>
            <w:r>
              <w:rPr>
                <w:rFonts w:ascii="Lato" w:hAnsi="Lato"/>
                <w:b w:val="0"/>
                <w:i w:val="0"/>
                <w:sz w:val="19"/>
              </w:rPr>
              <w:t>• One Worked Example</w:t>
            </w:r>
          </w:p>
          <w:p>
            <w:pPr>
              <w:spacing w:before="0" w:after="20" w:line="264" w:lineRule="auto"/>
              <w:ind w:left="317" w:hanging="230"/>
            </w:pPr>
            <w:r>
              <w:rPr>
                <w:rFonts w:ascii="Lato" w:hAnsi="Lato"/>
                <w:b w:val="0"/>
                <w:i w:val="0"/>
                <w:sz w:val="19"/>
              </w:rPr>
              <w:t>• Predict, Then Trace</w:t>
            </w:r>
          </w:p>
          <w:p>
            <w:pPr>
              <w:spacing w:before="0" w:after="20" w:line="264" w:lineRule="auto"/>
              <w:ind w:left="317" w:hanging="230"/>
            </w:pPr>
            <w:r>
              <w:rPr>
                <w:rFonts w:ascii="Lato" w:hAnsi="Lato"/>
                <w:b w:val="0"/>
                <w:i w:val="0"/>
                <w:sz w:val="19"/>
              </w:rPr>
              <w:t>• Two Mistakes the Bench Catches</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When a student asks Code Coach a question, what plays the role of the client?</w:t>
            </w:r>
          </w:p>
          <w:p>
            <w:pPr>
              <w:spacing w:before="0" w:after="20" w:line="264" w:lineRule="auto"/>
              <w:ind w:left="317" w:hanging="230"/>
            </w:pPr>
            <w:r>
              <w:rPr>
                <w:rFonts w:ascii="Lato" w:hAnsi="Lato"/>
                <w:b w:val="0"/>
                <w:i w:val="0"/>
                <w:sz w:val="19"/>
              </w:rPr>
              <w:t>• MC 2 · On which one does the model run?</w:t>
            </w:r>
          </w:p>
          <w:p>
            <w:pPr>
              <w:spacing w:before="0" w:after="20" w:line="264" w:lineRule="auto"/>
              <w:ind w:left="317" w:hanging="230"/>
            </w:pPr>
            <w:r>
              <w:rPr>
                <w:rFonts w:ascii="Lato" w:hAnsi="Lato"/>
                <w:b w:val="0"/>
                <w:i w:val="0"/>
                <w:sz w:val="19"/>
              </w:rPr>
              <w:t>• MC 3 · What does the bench page's request to the class endpoint carry?</w:t>
            </w:r>
          </w:p>
          <w:p>
            <w:pPr>
              <w:spacing w:before="0" w:after="20" w:line="264" w:lineRule="auto"/>
              <w:ind w:left="317" w:hanging="230"/>
            </w:pPr>
            <w:r>
              <w:rPr>
                <w:rFonts w:ascii="Lato" w:hAnsi="Lato"/>
                <w:b w:val="0"/>
                <w:i w:val="0"/>
                <w:sz w:val="19"/>
              </w:rPr>
              <w:t>• MC 4 · What is the same in both requests?</w:t>
            </w:r>
          </w:p>
          <w:p>
            <w:pPr>
              <w:spacing w:before="0" w:after="20" w:line="264" w:lineRule="auto"/>
              <w:ind w:left="317" w:hanging="230"/>
            </w:pPr>
            <w:r>
              <w:rPr>
                <w:rFonts w:ascii="Lato" w:hAnsi="Lato"/>
                <w:b w:val="0"/>
                <w:i w:val="0"/>
                <w:sz w:val="19"/>
              </w:rPr>
              <w:t>• MC 5 · What is the return type of the method half?</w:t>
            </w:r>
          </w:p>
          <w:p>
            <w:pPr>
              <w:spacing w:before="0" w:after="20" w:line="264" w:lineRule="auto"/>
              <w:ind w:left="317" w:hanging="230"/>
            </w:pPr>
            <w:r>
              <w:rPr>
                <w:rFonts w:ascii="Lato" w:hAnsi="Lato"/>
                <w:b w:val="0"/>
                <w:i w:val="0"/>
                <w:sz w:val="19"/>
              </w:rPr>
              <w:t>• MC 6 · What are the parameters of the method label?</w:t>
            </w:r>
          </w:p>
          <w:p>
            <w:pPr>
              <w:spacing w:before="0" w:after="20" w:line="264" w:lineRule="auto"/>
              <w:ind w:left="317" w:hanging="230"/>
            </w:pPr>
            <w:r>
              <w:rPr>
                <w:rFonts w:ascii="Lato" w:hAnsi="Lato"/>
                <w:b w:val="0"/>
                <w:i w:val="0"/>
                <w:sz w:val="19"/>
              </w:rPr>
              <w:t>• MC 7 · What are the arguments in the call to total on line 7?</w:t>
            </w:r>
          </w:p>
          <w:p>
            <w:pPr>
              <w:spacing w:before="0" w:after="20" w:line="264" w:lineRule="auto"/>
              <w:ind w:left="317" w:hanging="230"/>
            </w:pPr>
            <w:r>
              <w:rPr>
                <w:rFonts w:ascii="Lato" w:hAnsi="Lato"/>
                <w:b w:val="0"/>
                <w:i w:val="0"/>
                <w:sz w:val="19"/>
              </w:rPr>
              <w:t>• MC 8 · Which comment correctly describes the method square?</w:t>
            </w:r>
          </w:p>
          <w:p>
            <w:pPr>
              <w:spacing w:before="0" w:after="20" w:line="264" w:lineRule="auto"/>
              <w:ind w:left="317" w:hanging="230"/>
            </w:pPr>
            <w:r>
              <w:rPr>
                <w:rFonts w:ascii="Lato" w:hAnsi="Lato"/>
                <w:b w:val="0"/>
                <w:i w:val="0"/>
                <w:sz w:val="19"/>
              </w:rPr>
              <w:t>• MC 9 · What does this program print?</w:t>
            </w:r>
          </w:p>
          <w:p>
            <w:pPr>
              <w:spacing w:before="0" w:after="20" w:line="264" w:lineRule="auto"/>
              <w:ind w:left="317" w:hanging="230"/>
            </w:pPr>
            <w:r>
              <w:rPr>
                <w:rFonts w:ascii="Lato" w:hAnsi="Lato"/>
                <w:b w:val="0"/>
                <w:i w:val="0"/>
                <w:sz w:val="19"/>
              </w:rPr>
              <w:t>• MC 10 · Which header belongs to a method that returns no value?</w:t>
            </w:r>
          </w:p>
          <w:p>
            <w:pPr>
              <w:spacing w:before="0" w:after="20" w:line="264" w:lineRule="auto"/>
              <w:ind w:left="317" w:hanging="230"/>
            </w:pPr>
            <w:r>
              <w:rPr>
                <w:rFonts w:ascii="Lato" w:hAnsi="Lato"/>
                <w:b w:val="0"/>
                <w:i w:val="0"/>
                <w:sz w:val="19"/>
              </w:rPr>
              <w:t>• CR 1 · Label the return type, the name and the parameters of the method seats, and the arguments in the call on line 8.</w:t>
            </w:r>
          </w:p>
          <w:p>
            <w:pPr>
              <w:spacing w:before="0" w:after="20" w:line="264" w:lineRule="auto"/>
              <w:ind w:left="317" w:hanging="230"/>
            </w:pPr>
            <w:r>
              <w:rPr>
                <w:rFonts w:ascii="Lato" w:hAnsi="Lato"/>
                <w:b w:val="0"/>
                <w:i w:val="0"/>
                <w:sz w:val="19"/>
              </w:rPr>
              <w:t>• CR 2 · Explain in two sentences why the system prompt shapes every Code Coach answer even though the student never sees it.</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Write a one-line comment for the method minutes that says what it does.</w:t>
            </w:r>
          </w:p>
          <w:p>
            <w:pPr>
              <w:spacing w:before="0" w:after="20" w:line="264" w:lineRule="auto"/>
              <w:ind w:left="317" w:hanging="230"/>
            </w:pPr>
            <w:r>
              <w:rPr>
                <w:rFonts w:ascii="Lato" w:hAnsi="Lato"/>
                <w:b w:val="0"/>
                <w:i w:val="0"/>
                <w:sz w:val="19"/>
              </w:rPr>
              <w:t>• CR 4 · Say what a student sees on the bench after pressing Ask, and say which bench jobs still work.</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B21 · Read the Signature</w:t>
            </w:r>
          </w:p>
        </w:tc>
        <w:tc>
          <w:tcPr>
            <w:tcW w:type="dxa" w:w="9000"/>
          </w:tcPr>
          <w:p>
            <w:pPr>
              <w:spacing w:before="0" w:after="40" w:line="264" w:lineRule="auto"/>
            </w:pPr>
            <w:r>
              <w:rPr>
                <w:rFonts w:ascii="Lato" w:hAnsi="Lato"/>
                <w:b w:val="0"/>
                <w:i w:val="0"/>
                <w:sz w:val="19"/>
              </w:rPr>
              <w:t>return type, name, parameters, arguments; comments that describe a method; match the term.</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Name the parts between the Ask button in the Ask Code Coach panel and the explanation on the screen, in order.</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In the header public static int add(int a, int b), name the return type and the parameters. In the call add(4, 9), what are the arguments?</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At a drive-through, a customer orders at the speaker, a worker inside passes the order to the kitchen, and a note from the owner by the grill says how every burger is made. Which part is like the request, which is like a server, and which is like the system prompt?</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School schedule</w:t>
            </w:r>
          </w:p>
        </w:tc>
        <w:tc>
          <w:tcPr>
            <w:tcW w:type="dxa" w:w="9000"/>
          </w:tcPr>
          <w:p>
            <w:pPr>
              <w:spacing w:before="0" w:after="40" w:line="264" w:lineRule="auto"/>
            </w:pPr>
            <w:r>
              <w:rPr>
                <w:rFonts w:ascii="Lato" w:hAnsi="Lato"/>
                <w:b w:val="0"/>
                <w:i w:val="0"/>
                <w:sz w:val="19"/>
              </w:rPr>
              <w:t>ASVAB testing.</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ASVAB testing. Many 10th graders are out for the period. The day stands alone, and Friday's passage restates today's path and the system prompt in its first paragraph.</w:t>
            </w:r>
          </w:p>
          <w:p>
            <w:pPr>
              <w:spacing w:before="0" w:after="20" w:line="264" w:lineRule="auto"/>
              <w:ind w:left="317" w:hanging="230"/>
            </w:pPr>
            <w:r>
              <w:rPr>
                <w:rFonts w:ascii="Lato" w:hAnsi="Lato"/>
                <w:b w:val="0"/>
                <w:i w:val="0"/>
                <w:sz w:val="19"/>
              </w:rPr>
              <w:t>• Present, prevented. A student pulled out after the exit ticket opens posts as exempt.</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Friday, Nov 20 · Checking What the AI Says</w:t>
      </w:r>
    </w:p>
    <w:p>
      <w:pPr>
        <w:spacing w:before="0" w:after="80" w:line="264" w:lineRule="auto"/>
      </w:pPr>
      <w:r>
        <w:rPr>
          <w:rFonts w:ascii="Lato" w:hAnsi="Lato"/>
          <w:b w:val="0"/>
          <w:i/>
          <w:color w:val="404040"/>
          <w:sz w:val="19"/>
        </w:rPr>
        <w:t>A fluent explanation is a claim. Real Java decides whether it is right.</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check Code Coach's explanations of its three test inputs against the real output and explain why a wrong explanation can still sound sure.</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Application day: three terms already taught, used again in a worked example with Code Coach.</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Code Coach's three test inputs.</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B22 Methods Together,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“Checking Code Coach Against Real Java” with class questions, Figure 1, and the discussion form in the right panel.</w:t>
            </w:r>
          </w:p>
          <w:p>
            <w:pPr>
              <w:spacing w:before="0" w:after="20" w:line="264" w:lineRule="auto"/>
              <w:ind w:left="317" w:hanging="230"/>
            </w:pPr>
            <w:r>
              <w:rPr>
                <w:rFonts w:ascii="Lato" w:hAnsi="Lato"/>
                <w:b w:val="0"/>
                <w:i w:val="0"/>
                <w:sz w:val="19"/>
              </w:rPr>
              <w:t>• We Do deck: Reading 2 “Methods So Far, and How to Check the Coach” with the classwork form, then the bench slide.</w:t>
            </w:r>
          </w:p>
          <w:p>
            <w:pPr>
              <w:spacing w:before="0" w:after="20" w:line="264" w:lineRule="auto"/>
              <w:ind w:left="317" w:hanging="230"/>
            </w:pPr>
            <w:r>
              <w:rPr>
                <w:rFonts w:ascii="Lato" w:hAnsi="Lato"/>
                <w:b w:val="0"/>
                <w:i w:val="0"/>
                <w:sz w:val="19"/>
              </w:rPr>
              <w:t>• Bench Basics B22 “Methods Together” at muggsofcompsci.net/cs1/bench/b22.</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generate · hallucination · test</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Code Coach explains Java in plain words, and it sounds sure every time. Today you check its explanations against what the code really does.</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Code Coach explains a line of Java and sounds certain. Name one way to find out whether it is right without asking Code Coach again, and name one thing that does not count as checking.</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“Checking Code Coach Against Real Java”, about 800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How Code Coach Makes an Explanation</w:t>
            </w:r>
          </w:p>
          <w:p>
            <w:pPr>
              <w:spacing w:before="0" w:after="20" w:line="264" w:lineRule="auto"/>
              <w:ind w:left="317" w:hanging="230"/>
            </w:pPr>
            <w:r>
              <w:rPr>
                <w:rFonts w:ascii="Lato" w:hAnsi="Lato"/>
                <w:b w:val="0"/>
                <w:i w:val="0"/>
                <w:sz w:val="19"/>
              </w:rPr>
              <w:t>• Three Test Inputs and the Real Output</w:t>
            </w:r>
          </w:p>
          <w:p>
            <w:pPr>
              <w:spacing w:before="0" w:after="20" w:line="264" w:lineRule="auto"/>
              <w:ind w:left="317" w:hanging="230"/>
            </w:pPr>
            <w:r>
              <w:rPr>
                <w:rFonts w:ascii="Lato" w:hAnsi="Lato"/>
                <w:b w:val="0"/>
                <w:i w:val="0"/>
                <w:sz w:val="19"/>
              </w:rPr>
              <w:t>• The Explanation That Was Wrong</w:t>
            </w:r>
          </w:p>
          <w:p>
            <w:pPr>
              <w:spacing w:before="0" w:after="20" w:line="264" w:lineRule="auto"/>
              <w:ind w:left="317" w:hanging="230"/>
            </w:pPr>
            <w:r>
              <w:rPr>
                <w:rFonts w:ascii="Lato" w:hAnsi="Lato"/>
                <w:b w:val="0"/>
                <w:i w:val="0"/>
                <w:sz w:val="19"/>
              </w:rPr>
              <w:t>• How to Test an Explanation</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generate</w:t>
            </w:r>
            <w:r>
              <w:rPr>
                <w:rFonts w:ascii="Lato" w:hAnsi="Lato"/>
                <w:b w:val="0"/>
                <w:i w:val="0"/>
                <w:sz w:val="19"/>
              </w:rPr>
              <w:t xml:space="preserve"> · Code Coach is asked about the same snippet twice and gives two explanations in different words. What does that tell you about how it made them?</w:t>
            </w:r>
          </w:p>
          <w:p>
            <w:pPr>
              <w:spacing w:before="0" w:after="20" w:line="264" w:lineRule="auto"/>
              <w:ind w:left="317" w:hanging="230"/>
            </w:pPr>
            <w:r>
              <w:rPr>
                <w:rFonts w:ascii="Lato" w:hAnsi="Lato"/>
                <w:b w:val="0"/>
                <w:i w:val="0"/>
                <w:sz w:val="19"/>
              </w:rPr>
              <w:t xml:space="preserve">2. </w:t>
            </w:r>
            <w:r>
              <w:rPr>
                <w:rFonts w:ascii="Lato" w:hAnsi="Lato"/>
                <w:b w:val="0"/>
                <w:i/>
                <w:sz w:val="19"/>
              </w:rPr>
              <w:t>notebook cue: hallucination</w:t>
            </w:r>
            <w:r>
              <w:rPr>
                <w:rFonts w:ascii="Lato" w:hAnsi="Lato"/>
                <w:b w:val="0"/>
                <w:i w:val="0"/>
                <w:sz w:val="19"/>
              </w:rPr>
              <w:t xml:space="preserve"> · Code Coach said int x = 7 / 0; is not Java. What does the real Java run show, and what does that make Code Coach's claim?</w:t>
            </w:r>
          </w:p>
          <w:p>
            <w:pPr>
              <w:spacing w:before="0" w:after="20" w:line="264" w:lineRule="auto"/>
              <w:ind w:left="317" w:hanging="230"/>
            </w:pPr>
            <w:r>
              <w:rPr>
                <w:rFonts w:ascii="Lato" w:hAnsi="Lato"/>
                <w:b w:val="0"/>
                <w:i w:val="0"/>
                <w:sz w:val="19"/>
              </w:rPr>
              <w:t xml:space="preserve">3. </w:t>
            </w:r>
            <w:r>
              <w:rPr>
                <w:rFonts w:ascii="Lato" w:hAnsi="Lato"/>
                <w:b w:val="0"/>
                <w:i/>
                <w:sz w:val="19"/>
              </w:rPr>
              <w:t>notebook cue: test</w:t>
            </w:r>
            <w:r>
              <w:rPr>
                <w:rFonts w:ascii="Lato" w:hAnsi="Lato"/>
                <w:b w:val="0"/>
                <w:i w:val="0"/>
                <w:sz w:val="19"/>
              </w:rPr>
              <w:t xml:space="preserve"> · For test input 2, what would you compare to decide whether Code Coach was right?</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Code Coach's three test inputs and one extra input, each with a short piece of its saved explanation, the real output from Java, and whether the two match.</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agrees on one way to check and one thing that does not count, and says which of the two is faster.</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Ask Code Coach whether it is sure, and trust the second answer.</w:t>
            </w:r>
          </w:p>
          <w:p>
            <w:pPr>
              <w:spacing w:before="0" w:after="20" w:line="264" w:lineRule="auto"/>
              <w:ind w:left="317" w:hanging="230"/>
            </w:pPr>
            <w:r>
              <w:rPr>
                <w:rFonts w:ascii="Lato" w:hAnsi="Lato"/>
                <w:b w:val="0"/>
                <w:i w:val="0"/>
                <w:sz w:val="19"/>
              </w:rPr>
              <w:t>2. Run the real Java and compare what it prints with what the explanation said.</w:t>
            </w:r>
          </w:p>
          <w:p>
            <w:pPr>
              <w:spacing w:before="0" w:after="20" w:line="264" w:lineRule="auto"/>
              <w:ind w:left="317" w:hanging="230"/>
            </w:pPr>
            <w:r>
              <w:rPr>
                <w:rFonts w:ascii="Lato" w:hAnsi="Lato"/>
                <w:b w:val="0"/>
                <w:i w:val="0"/>
                <w:sz w:val="19"/>
              </w:rPr>
              <w:t>3. If the explanation is long and uses the right words, it is right.</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An explanation that sounds certain is more likely to be correct.</w:t>
            </w:r>
          </w:p>
          <w:p>
            <w:pPr>
              <w:spacing w:before="0" w:after="20" w:line="264" w:lineRule="auto"/>
              <w:ind w:left="317" w:hanging="230"/>
            </w:pPr>
            <w:r>
              <w:rPr>
                <w:rFonts w:ascii="Lato" w:hAnsi="Lato"/>
                <w:b w:val="0"/>
                <w:i w:val="0"/>
                <w:sz w:val="19"/>
              </w:rPr>
              <w:t>2. A model can generate a false detail while working the way it always does.</w:t>
            </w:r>
          </w:p>
          <w:p>
            <w:pPr>
              <w:spacing w:before="0" w:after="20" w:line="264" w:lineRule="auto"/>
              <w:ind w:left="317" w:hanging="230"/>
            </w:pPr>
            <w:r>
              <w:rPr>
                <w:rFonts w:ascii="Lato" w:hAnsi="Lato"/>
                <w:b w:val="0"/>
                <w:i w:val="0"/>
                <w:sz w:val="19"/>
              </w:rPr>
              <w:t>3. Real output from running the code is the evidence that settles the question.</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“Methods So Far, and How to Check the Coach”, a step sheet of about 410 words. Work the first part aloud, then students work it on their own.</w:t>
            </w:r>
          </w:p>
          <w:p>
            <w:pPr>
              <w:spacing w:before="0" w:after="20" w:line="264" w:lineRule="auto"/>
              <w:ind w:left="317" w:hanging="230"/>
            </w:pPr>
            <w:r>
              <w:rPr>
                <w:rFonts w:ascii="Lato" w:hAnsi="Lato"/>
                <w:b w:val="0"/>
                <w:i w:val="0"/>
                <w:sz w:val="19"/>
              </w:rPr>
              <w:t>• Reading the Signatures</w:t>
            </w:r>
          </w:p>
          <w:p>
            <w:pPr>
              <w:spacing w:before="0" w:after="20" w:line="264" w:lineRule="auto"/>
              <w:ind w:left="317" w:hanging="230"/>
            </w:pPr>
            <w:r>
              <w:rPr>
                <w:rFonts w:ascii="Lato" w:hAnsi="Lato"/>
                <w:b w:val="0"/>
                <w:i w:val="0"/>
                <w:sz w:val="19"/>
              </w:rPr>
              <w:t>• Tracing the Calls</w:t>
            </w:r>
          </w:p>
          <w:p>
            <w:pPr>
              <w:spacing w:before="0" w:after="20" w:line="264" w:lineRule="auto"/>
              <w:ind w:left="317" w:hanging="230"/>
            </w:pPr>
            <w:r>
              <w:rPr>
                <w:rFonts w:ascii="Lato" w:hAnsi="Lato"/>
                <w:b w:val="0"/>
                <w:i w:val="0"/>
                <w:sz w:val="19"/>
              </w:rPr>
              <w:t>• Checking Code Coach in Four Steps</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How did Code Coach make its explanation of test input 2?</w:t>
            </w:r>
          </w:p>
          <w:p>
            <w:pPr>
              <w:spacing w:before="0" w:after="20" w:line="264" w:lineRule="auto"/>
              <w:ind w:left="317" w:hanging="230"/>
            </w:pPr>
            <w:r>
              <w:rPr>
                <w:rFonts w:ascii="Lato" w:hAnsi="Lato"/>
                <w:b w:val="0"/>
                <w:i w:val="0"/>
                <w:sz w:val="19"/>
              </w:rPr>
              <w:t>• MC 2 · Which explanation does the real output disprove?</w:t>
            </w:r>
          </w:p>
          <w:p>
            <w:pPr>
              <w:spacing w:before="0" w:after="20" w:line="264" w:lineRule="auto"/>
              <w:ind w:left="317" w:hanging="230"/>
            </w:pPr>
            <w:r>
              <w:rPr>
                <w:rFonts w:ascii="Lato" w:hAnsi="Lato"/>
                <w:b w:val="0"/>
                <w:i w:val="0"/>
                <w:sz w:val="19"/>
              </w:rPr>
              <w:t>• MC 3 · Which of these counts as a test of Code Coach's explanation?</w:t>
            </w:r>
          </w:p>
          <w:p>
            <w:pPr>
              <w:spacing w:before="0" w:after="20" w:line="264" w:lineRule="auto"/>
              <w:ind w:left="317" w:hanging="230"/>
            </w:pPr>
            <w:r>
              <w:rPr>
                <w:rFonts w:ascii="Lato" w:hAnsi="Lato"/>
                <w:b w:val="0"/>
                <w:i w:val="0"/>
                <w:sz w:val="19"/>
              </w:rPr>
              <w:t>• MC 4 · What does R4 require Code Coach to do?</w:t>
            </w:r>
          </w:p>
          <w:p>
            <w:pPr>
              <w:spacing w:before="0" w:after="20" w:line="264" w:lineRule="auto"/>
              <w:ind w:left="317" w:hanging="230"/>
            </w:pPr>
            <w:r>
              <w:rPr>
                <w:rFonts w:ascii="Lato" w:hAnsi="Lato"/>
                <w:b w:val="0"/>
                <w:i w:val="0"/>
                <w:sz w:val="19"/>
              </w:rPr>
              <w:t>• MC 5 · Which line runs next?</w:t>
            </w:r>
          </w:p>
          <w:p>
            <w:pPr>
              <w:spacing w:before="0" w:after="20" w:line="264" w:lineRule="auto"/>
              <w:ind w:left="317" w:hanging="230"/>
            </w:pPr>
            <w:r>
              <w:rPr>
                <w:rFonts w:ascii="Lato" w:hAnsi="Lato"/>
                <w:b w:val="0"/>
                <w:i w:val="0"/>
                <w:sz w:val="19"/>
              </w:rPr>
              <w:t>• MC 6 · Using the method half from Reading 2, what value does half(9) return?</w:t>
            </w:r>
          </w:p>
          <w:p>
            <w:pPr>
              <w:spacing w:before="0" w:after="20" w:line="264" w:lineRule="auto"/>
              <w:ind w:left="317" w:hanging="230"/>
            </w:pPr>
            <w:r>
              <w:rPr>
                <w:rFonts w:ascii="Lato" w:hAnsi="Lato"/>
                <w:b w:val="0"/>
                <w:i w:val="0"/>
                <w:sz w:val="19"/>
              </w:rPr>
              <w:t>• MC 7 · Where does the 7 end up?</w:t>
            </w:r>
          </w:p>
          <w:p>
            <w:pPr>
              <w:spacing w:before="0" w:after="20" w:line="264" w:lineRule="auto"/>
              <w:ind w:left="317" w:hanging="230"/>
            </w:pPr>
            <w:r>
              <w:rPr>
                <w:rFonts w:ascii="Lato" w:hAnsi="Lato"/>
                <w:b w:val="0"/>
                <w:i w:val="0"/>
                <w:sz w:val="19"/>
              </w:rPr>
              <w:t>• MC 8 · Which is the parameter, and which is the argument?</w:t>
            </w:r>
          </w:p>
          <w:p>
            <w:pPr>
              <w:spacing w:before="0" w:after="20" w:line="264" w:lineRule="auto"/>
              <w:ind w:left="317" w:hanging="230"/>
            </w:pPr>
            <w:r>
              <w:rPr>
                <w:rFonts w:ascii="Lato" w:hAnsi="Lato"/>
                <w:b w:val="0"/>
                <w:i w:val="0"/>
                <w:sz w:val="19"/>
              </w:rPr>
              <w:t>• MC 9 · What is printed?</w:t>
            </w:r>
          </w:p>
          <w:p>
            <w:pPr>
              <w:spacing w:before="0" w:after="20" w:line="264" w:lineRule="auto"/>
              <w:ind w:left="317" w:hanging="230"/>
            </w:pPr>
            <w:r>
              <w:rPr>
                <w:rFonts w:ascii="Lato" w:hAnsi="Lato"/>
                <w:b w:val="0"/>
                <w:i w:val="0"/>
                <w:sz w:val="19"/>
              </w:rPr>
              <w:t>• MC 10 · Which row of the trace is wrong?</w:t>
            </w:r>
          </w:p>
          <w:p>
            <w:pPr>
              <w:spacing w:before="0" w:after="20" w:line="264" w:lineRule="auto"/>
              <w:ind w:left="317" w:hanging="230"/>
            </w:pPr>
            <w:r>
              <w:rPr>
                <w:rFonts w:ascii="Lato" w:hAnsi="Lato"/>
                <w:b w:val="0"/>
                <w:i w:val="0"/>
                <w:sz w:val="19"/>
              </w:rPr>
              <w:t>• CR 1 · Trace this program.</w:t>
            </w:r>
          </w:p>
          <w:p>
            <w:pPr>
              <w:spacing w:before="0" w:after="20" w:line="264" w:lineRule="auto"/>
              <w:ind w:left="317" w:hanging="230"/>
            </w:pPr>
            <w:r>
              <w:rPr>
                <w:rFonts w:ascii="Lato" w:hAnsi="Lato"/>
                <w:b w:val="0"/>
                <w:i w:val="0"/>
                <w:sz w:val="19"/>
              </w:rPr>
              <w:t>• CR 2 · Code Coach gave one explanation that the real output disproves.</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For students who were out Thursday: Name the parts that a Code Coach request passes through, in order, from the bench to the model and back.</w:t>
            </w:r>
          </w:p>
          <w:p>
            <w:pPr>
              <w:spacing w:before="0" w:after="20" w:line="264" w:lineRule="auto"/>
              <w:ind w:left="317" w:hanging="230"/>
            </w:pPr>
            <w:r>
              <w:rPr>
                <w:rFonts w:ascii="Lato" w:hAnsi="Lato"/>
                <w:b w:val="0"/>
                <w:i w:val="0"/>
                <w:sz w:val="19"/>
              </w:rPr>
              <w:t>• CR 4 · Write a fourth test input for Code Coach, two lines of Java, that would catch a mistake about the remainder operator.</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B22 · Methods Together</w:t>
            </w:r>
          </w:p>
        </w:tc>
        <w:tc>
          <w:tcPr>
            <w:tcW w:type="dxa" w:w="9000"/>
          </w:tcPr>
          <w:p>
            <w:pPr>
              <w:spacing w:before="0" w:after="40" w:line="264" w:lineRule="auto"/>
            </w:pPr>
            <w:r>
              <w:rPr>
                <w:rFonts w:ascii="Lato" w:hAnsi="Lato"/>
                <w:b w:val="0"/>
                <w:i w:val="0"/>
                <w:sz w:val="19"/>
              </w:rPr>
              <w:t>trace a program that calls a returning method and a void method, match the parts of both headers, keep a returned value in a variable, and catch storing a void call's result and matching arguments by name instead of order (Sean, Oct 21).</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Code Coach's explanation of a snippet sounds sure. What do you run, and what do you compare, to decide whether it is right?</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A method is return n / 2; and main runs int h = half(9);. What value comes back, and where does it land?</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friend tells you the library closes at 9 and sounds certain. Name one way to test the claim. If a model had made up that time, which of today's terms would fit?</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Friday bench beat. No new bench. Catch-up and pick-up on B19–B21; Code Coach is open on those benches after a prediction.</w:t>
            </w:r>
          </w:p>
          <w:p>
            <w:pPr>
              <w:spacing w:before="0" w:after="20" w:line="264" w:lineRule="auto"/>
              <w:ind w:left="317" w:hanging="230"/>
            </w:pPr>
            <w:r>
              <w:rPr>
                <w:rFonts w:ascii="Lato" w:hAnsi="Lato"/>
                <w:b w:val="0"/>
                <w:i w:val="0"/>
                <w:sz w:val="19"/>
              </w:rPr>
              <w:t>• Out Thursday. Section 2's CR 3 is Thursday's floor in short form, and the passage's first paragraph restates the path.</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sectPr w:rsidR="00FC693F" w:rsidRPr="0006063C" w:rsidSect="0003461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ato" w:hAnsi="Lato" w:eastAsia="Lato"/>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